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E5D74" w14:textId="77777777" w:rsidR="00897AC4" w:rsidRDefault="00277357">
      <w:pPr>
        <w:spacing w:after="20" w:line="216" w:lineRule="auto"/>
        <w:jc w:val="center"/>
        <w:rPr>
          <w:lang w:eastAsia="ja-JP"/>
        </w:rPr>
      </w:pPr>
      <w:r>
        <w:rPr>
          <w:b/>
          <w:color w:val="004A8C"/>
          <w:sz w:val="30"/>
          <w:lang w:eastAsia="ja-JP"/>
        </w:rPr>
        <w:t>GLP-1</w:t>
      </w:r>
      <w:r>
        <w:rPr>
          <w:b/>
          <w:color w:val="004A8C"/>
          <w:sz w:val="30"/>
          <w:lang w:eastAsia="ja-JP"/>
        </w:rPr>
        <w:t>関連薬導入目的　紹介時チェックシート</w:t>
      </w:r>
    </w:p>
    <w:p w14:paraId="14A4299F" w14:textId="4EE7B53C" w:rsidR="00897AC4" w:rsidRPr="001F091C" w:rsidRDefault="001F091C">
      <w:pPr>
        <w:spacing w:after="40" w:line="228" w:lineRule="auto"/>
        <w:rPr>
          <w:sz w:val="22"/>
          <w:szCs w:val="36"/>
          <w:lang w:eastAsia="ja-JP"/>
        </w:rPr>
      </w:pPr>
      <w:r w:rsidRPr="001F091C">
        <w:rPr>
          <w:sz w:val="21"/>
          <w:szCs w:val="36"/>
          <w:lang w:eastAsia="ja-JP"/>
        </w:rPr>
        <w:t>GLP-1関連薬による治療をご希望の場合は、予約取得時の診療科振り分けに必要となるため、</w:t>
      </w:r>
      <w:r w:rsidRPr="001F091C">
        <w:rPr>
          <w:b/>
          <w:bCs/>
          <w:sz w:val="21"/>
          <w:szCs w:val="36"/>
          <w:u w:val="wave"/>
          <w:lang w:eastAsia="ja-JP"/>
        </w:rPr>
        <w:t>本チェックシートを可能な限り</w:t>
      </w:r>
      <w:r w:rsidRPr="001F091C">
        <w:rPr>
          <w:rFonts w:hint="eastAsia"/>
          <w:b/>
          <w:bCs/>
          <w:sz w:val="21"/>
          <w:szCs w:val="36"/>
          <w:u w:val="wave"/>
          <w:lang w:eastAsia="ja-JP"/>
        </w:rPr>
        <w:t>早期</w:t>
      </w:r>
      <w:r w:rsidRPr="001F091C">
        <w:rPr>
          <w:b/>
          <w:bCs/>
          <w:sz w:val="21"/>
          <w:szCs w:val="36"/>
          <w:u w:val="wave"/>
          <w:lang w:eastAsia="ja-JP"/>
        </w:rPr>
        <w:t>に医療連携推進室へFAXまたはご郵送</w:t>
      </w:r>
      <w:r w:rsidRPr="001F091C">
        <w:rPr>
          <w:b/>
          <w:bCs/>
          <w:sz w:val="21"/>
          <w:szCs w:val="36"/>
          <w:lang w:eastAsia="ja-JP"/>
        </w:rPr>
        <w:t>いただけますと幸いです。</w:t>
      </w:r>
      <w:r w:rsidRPr="001F091C">
        <w:rPr>
          <w:sz w:val="21"/>
          <w:szCs w:val="36"/>
          <w:lang w:eastAsia="ja-JP"/>
        </w:rPr>
        <w:t>検査結果および現在の処方内容を含む診療情報提供書につきましては、</w:t>
      </w:r>
      <w:r w:rsidRPr="006B76CD">
        <w:rPr>
          <w:b/>
          <w:bCs/>
          <w:sz w:val="21"/>
          <w:szCs w:val="36"/>
          <w:u w:val="wave"/>
          <w:lang w:eastAsia="ja-JP"/>
        </w:rPr>
        <w:t>予約日の2週間前を目安に、医療連携推進室へFAXまたはご郵送</w:t>
      </w:r>
      <w:r w:rsidRPr="001F091C">
        <w:rPr>
          <w:b/>
          <w:bCs/>
          <w:sz w:val="21"/>
          <w:szCs w:val="36"/>
          <w:lang w:eastAsia="ja-JP"/>
        </w:rPr>
        <w:t>くださいますようお願いいたします。</w:t>
      </w:r>
    </w:p>
    <w:tbl>
      <w:tblPr>
        <w:tblW w:w="15788" w:type="dxa"/>
        <w:jc w:val="center"/>
        <w:tblLayout w:type="fixed"/>
        <w:tblLook w:val="04A0" w:firstRow="1" w:lastRow="0" w:firstColumn="1" w:lastColumn="0" w:noHBand="0" w:noVBand="1"/>
      </w:tblPr>
      <w:tblGrid>
        <w:gridCol w:w="2985"/>
        <w:gridCol w:w="869"/>
        <w:gridCol w:w="1647"/>
        <w:gridCol w:w="1073"/>
        <w:gridCol w:w="1559"/>
        <w:gridCol w:w="2398"/>
        <w:gridCol w:w="1997"/>
        <w:gridCol w:w="3236"/>
        <w:gridCol w:w="24"/>
      </w:tblGrid>
      <w:tr w:rsidR="00897AC4" w:rsidRPr="0041316F" w14:paraId="650F097B" w14:textId="77777777" w:rsidTr="008061E9">
        <w:trPr>
          <w:trHeight w:val="301"/>
          <w:jc w:val="center"/>
        </w:trPr>
        <w:tc>
          <w:tcPr>
            <w:tcW w:w="15788" w:type="dxa"/>
            <w:gridSpan w:val="9"/>
            <w:tcBorders>
              <w:top w:val="single" w:sz="4" w:space="0" w:color="0B5A9C"/>
              <w:left w:val="single" w:sz="4" w:space="0" w:color="0B5A9C"/>
              <w:bottom w:val="single" w:sz="4" w:space="0" w:color="0B5A9C"/>
              <w:right w:val="single" w:sz="4" w:space="0" w:color="0B5A9C"/>
            </w:tcBorders>
            <w:shd w:val="clear" w:color="auto" w:fill="0B5A9C"/>
            <w:tcMar>
              <w:top w:w="35" w:type="dxa"/>
              <w:left w:w="80" w:type="dxa"/>
              <w:bottom w:w="35" w:type="dxa"/>
              <w:right w:w="80" w:type="dxa"/>
            </w:tcMar>
          </w:tcPr>
          <w:p w14:paraId="78DD839D" w14:textId="77777777" w:rsidR="00897AC4" w:rsidRPr="0041316F" w:rsidRDefault="00277357">
            <w:pPr>
              <w:keepLines/>
              <w:spacing w:after="0" w:line="216" w:lineRule="auto"/>
              <w:rPr>
                <w:sz w:val="20"/>
                <w:szCs w:val="24"/>
              </w:rPr>
            </w:pPr>
            <w:r w:rsidRPr="0041316F">
              <w:rPr>
                <w:b/>
                <w:color w:val="FFFFFF"/>
                <w:sz w:val="20"/>
                <w:szCs w:val="24"/>
              </w:rPr>
              <w:t>1</w:t>
            </w:r>
            <w:r w:rsidRPr="0041316F">
              <w:rPr>
                <w:b/>
                <w:color w:val="FFFFFF"/>
                <w:sz w:val="20"/>
                <w:szCs w:val="24"/>
              </w:rPr>
              <w:t>．患者基本情報</w:t>
            </w:r>
          </w:p>
        </w:tc>
      </w:tr>
      <w:tr w:rsidR="00CE7907" w:rsidRPr="0041316F" w14:paraId="32598668" w14:textId="77777777" w:rsidTr="003D22B5">
        <w:trPr>
          <w:gridAfter w:val="1"/>
          <w:wAfter w:w="24" w:type="dxa"/>
          <w:trHeight w:val="916"/>
          <w:jc w:val="center"/>
        </w:trPr>
        <w:tc>
          <w:tcPr>
            <w:tcW w:w="3854" w:type="dxa"/>
            <w:gridSpan w:val="2"/>
            <w:tcBorders>
              <w:top w:val="single" w:sz="4" w:space="0" w:color="AAB7C4"/>
              <w:left w:val="single" w:sz="4" w:space="0" w:color="AAB7C4"/>
              <w:bottom w:val="single" w:sz="4" w:space="0" w:color="AAB7C4"/>
              <w:right w:val="single" w:sz="4" w:space="0" w:color="AAB7C4"/>
            </w:tcBorders>
            <w:tcMar>
              <w:top w:w="30" w:type="dxa"/>
              <w:left w:w="55" w:type="dxa"/>
              <w:bottom w:w="30" w:type="dxa"/>
              <w:right w:w="55" w:type="dxa"/>
            </w:tcMar>
            <w:vAlign w:val="center"/>
          </w:tcPr>
          <w:p w14:paraId="1C2EC91C" w14:textId="77777777" w:rsidR="002D6B64" w:rsidRDefault="00CE7907">
            <w:pPr>
              <w:keepLines/>
              <w:spacing w:after="0" w:line="216" w:lineRule="auto"/>
              <w:rPr>
                <w:b/>
                <w:sz w:val="20"/>
                <w:szCs w:val="24"/>
                <w:lang w:eastAsia="ja-JP"/>
              </w:rPr>
            </w:pPr>
            <w:proofErr w:type="spellStart"/>
            <w:r w:rsidRPr="0041316F">
              <w:rPr>
                <w:b/>
                <w:sz w:val="20"/>
                <w:szCs w:val="24"/>
              </w:rPr>
              <w:t>患者氏名</w:t>
            </w:r>
            <w:proofErr w:type="spellEnd"/>
          </w:p>
          <w:p w14:paraId="19279D46" w14:textId="77777777" w:rsidR="002D6B64" w:rsidRDefault="002D6B64">
            <w:pPr>
              <w:keepLines/>
              <w:spacing w:after="0" w:line="216" w:lineRule="auto"/>
              <w:rPr>
                <w:b/>
                <w:sz w:val="20"/>
                <w:szCs w:val="24"/>
                <w:lang w:eastAsia="ja-JP"/>
              </w:rPr>
            </w:pPr>
          </w:p>
          <w:p w14:paraId="12662F12" w14:textId="08E7069E" w:rsidR="00CE7907" w:rsidRPr="0041316F" w:rsidRDefault="00CE7907">
            <w:pPr>
              <w:keepLines/>
              <w:spacing w:after="0" w:line="216" w:lineRule="auto"/>
              <w:rPr>
                <w:rFonts w:hint="eastAsia"/>
                <w:sz w:val="20"/>
                <w:szCs w:val="24"/>
                <w:lang w:eastAsia="ja-JP"/>
              </w:rPr>
            </w:pPr>
            <w:r w:rsidRPr="0041316F">
              <w:rPr>
                <w:sz w:val="20"/>
                <w:szCs w:val="24"/>
              </w:rPr>
              <w:t xml:space="preserve">　　　　　　　　　　　　　　　　</w:t>
            </w:r>
          </w:p>
        </w:tc>
        <w:tc>
          <w:tcPr>
            <w:tcW w:w="2720" w:type="dxa"/>
            <w:gridSpan w:val="2"/>
            <w:tcBorders>
              <w:top w:val="single" w:sz="4" w:space="0" w:color="AAB7C4"/>
              <w:left w:val="single" w:sz="4" w:space="0" w:color="AAB7C4"/>
              <w:bottom w:val="single" w:sz="4" w:space="0" w:color="AAB7C4"/>
              <w:right w:val="single" w:sz="4" w:space="0" w:color="AAB7C4"/>
            </w:tcBorders>
            <w:vAlign w:val="center"/>
          </w:tcPr>
          <w:p w14:paraId="76132F92" w14:textId="77777777" w:rsidR="000A4A70" w:rsidRDefault="000A4A70">
            <w:pPr>
              <w:keepLines/>
              <w:spacing w:after="0" w:line="216" w:lineRule="auto"/>
              <w:rPr>
                <w:b/>
                <w:sz w:val="20"/>
                <w:szCs w:val="24"/>
                <w:lang w:eastAsia="ja-JP"/>
              </w:rPr>
            </w:pPr>
            <w:r>
              <w:rPr>
                <w:rFonts w:hint="eastAsia"/>
                <w:b/>
                <w:sz w:val="20"/>
                <w:szCs w:val="24"/>
                <w:lang w:eastAsia="ja-JP"/>
              </w:rPr>
              <w:t>生年月日</w:t>
            </w:r>
          </w:p>
          <w:p w14:paraId="5DF84652" w14:textId="77777777" w:rsidR="002D6B64" w:rsidRDefault="002D6B64">
            <w:pPr>
              <w:keepLines/>
              <w:spacing w:after="0" w:line="216" w:lineRule="auto"/>
              <w:rPr>
                <w:rFonts w:hint="eastAsia"/>
                <w:b/>
                <w:sz w:val="20"/>
                <w:szCs w:val="24"/>
                <w:lang w:eastAsia="ja-JP"/>
              </w:rPr>
            </w:pPr>
          </w:p>
          <w:p w14:paraId="0CEB9FCF" w14:textId="46FD22B7" w:rsidR="00CE7907" w:rsidRPr="002D6B64" w:rsidRDefault="002D6B64">
            <w:pPr>
              <w:keepLines/>
              <w:spacing w:after="0" w:line="216" w:lineRule="auto"/>
              <w:rPr>
                <w:rFonts w:hint="eastAsia"/>
                <w:b/>
                <w:bCs/>
                <w:sz w:val="20"/>
                <w:szCs w:val="24"/>
                <w:lang w:eastAsia="ja-JP"/>
              </w:rPr>
            </w:pPr>
            <w:r>
              <w:rPr>
                <w:rFonts w:hint="eastAsia"/>
                <w:sz w:val="20"/>
                <w:szCs w:val="24"/>
                <w:lang w:eastAsia="ja-JP"/>
              </w:rPr>
              <w:t xml:space="preserve">　　</w:t>
            </w:r>
            <w:r w:rsidR="00C24845">
              <w:rPr>
                <w:rFonts w:hint="eastAsia"/>
                <w:sz w:val="20"/>
                <w:szCs w:val="24"/>
                <w:lang w:eastAsia="ja-JP"/>
              </w:rPr>
              <w:t xml:space="preserve">　　</w:t>
            </w:r>
            <w:r w:rsidR="00CE7907" w:rsidRPr="0041316F">
              <w:rPr>
                <w:sz w:val="20"/>
                <w:szCs w:val="24"/>
              </w:rPr>
              <w:t xml:space="preserve">　</w:t>
            </w:r>
            <w:r w:rsidRPr="002D6B64">
              <w:rPr>
                <w:rFonts w:hint="eastAsia"/>
                <w:b/>
                <w:bCs/>
                <w:sz w:val="20"/>
                <w:szCs w:val="24"/>
                <w:lang w:eastAsia="ja-JP"/>
              </w:rPr>
              <w:t>年</w:t>
            </w:r>
            <w:r w:rsidR="00CE7907" w:rsidRPr="002D6B64">
              <w:rPr>
                <w:b/>
                <w:bCs/>
                <w:sz w:val="20"/>
                <w:szCs w:val="24"/>
              </w:rPr>
              <w:t xml:space="preserve">　　</w:t>
            </w:r>
            <w:r w:rsidRPr="002D6B64">
              <w:rPr>
                <w:rFonts w:hint="eastAsia"/>
                <w:b/>
                <w:bCs/>
                <w:sz w:val="20"/>
                <w:szCs w:val="24"/>
                <w:lang w:eastAsia="ja-JP"/>
              </w:rPr>
              <w:t>月</w:t>
            </w:r>
            <w:r w:rsidR="00CE7907" w:rsidRPr="002D6B64">
              <w:rPr>
                <w:b/>
                <w:bCs/>
                <w:sz w:val="20"/>
                <w:szCs w:val="24"/>
              </w:rPr>
              <w:t xml:space="preserve">　　</w:t>
            </w:r>
            <w:r w:rsidRPr="002D6B64">
              <w:rPr>
                <w:rFonts w:hint="eastAsia"/>
                <w:b/>
                <w:bCs/>
                <w:sz w:val="20"/>
                <w:szCs w:val="24"/>
                <w:lang w:eastAsia="ja-JP"/>
              </w:rPr>
              <w:t>日</w:t>
            </w:r>
          </w:p>
        </w:tc>
        <w:tc>
          <w:tcPr>
            <w:tcW w:w="5954" w:type="dxa"/>
            <w:gridSpan w:val="3"/>
            <w:tcBorders>
              <w:top w:val="single" w:sz="4" w:space="0" w:color="AAB7C4"/>
              <w:left w:val="single" w:sz="4" w:space="0" w:color="AAB7C4"/>
              <w:bottom w:val="single" w:sz="4" w:space="0" w:color="AAB7C4"/>
              <w:right w:val="single" w:sz="4" w:space="0" w:color="AAB7C4"/>
            </w:tcBorders>
            <w:tcMar>
              <w:top w:w="30" w:type="dxa"/>
              <w:left w:w="55" w:type="dxa"/>
              <w:bottom w:w="30" w:type="dxa"/>
              <w:right w:w="55" w:type="dxa"/>
            </w:tcMar>
            <w:vAlign w:val="center"/>
          </w:tcPr>
          <w:p w14:paraId="5C3993AB" w14:textId="0E272A82" w:rsidR="000A4A70" w:rsidRDefault="00CE7907" w:rsidP="000A4A70">
            <w:pPr>
              <w:keepLines/>
              <w:spacing w:after="0" w:line="216" w:lineRule="auto"/>
              <w:rPr>
                <w:b/>
                <w:sz w:val="20"/>
                <w:szCs w:val="24"/>
                <w:lang w:eastAsia="ja-JP"/>
              </w:rPr>
            </w:pPr>
            <w:proofErr w:type="spellStart"/>
            <w:r w:rsidRPr="0041316F">
              <w:rPr>
                <w:b/>
                <w:sz w:val="20"/>
                <w:szCs w:val="24"/>
              </w:rPr>
              <w:t>紹介元医療機関</w:t>
            </w:r>
            <w:proofErr w:type="spellEnd"/>
            <w:r>
              <w:rPr>
                <w:rFonts w:hint="eastAsia"/>
                <w:b/>
                <w:sz w:val="20"/>
                <w:szCs w:val="24"/>
                <w:lang w:eastAsia="ja-JP"/>
              </w:rPr>
              <w:t>名</w:t>
            </w:r>
            <w:r w:rsidR="003D22B5">
              <w:rPr>
                <w:rFonts w:hint="eastAsia"/>
                <w:b/>
                <w:sz w:val="20"/>
                <w:szCs w:val="24"/>
                <w:lang w:eastAsia="ja-JP"/>
              </w:rPr>
              <w:t>・連絡先</w:t>
            </w:r>
          </w:p>
          <w:p w14:paraId="5342FC84" w14:textId="77777777" w:rsidR="000C7F9A" w:rsidRDefault="000C7F9A" w:rsidP="000A4A70">
            <w:pPr>
              <w:keepLines/>
              <w:spacing w:after="0" w:line="216" w:lineRule="auto"/>
              <w:rPr>
                <w:b/>
                <w:sz w:val="20"/>
                <w:szCs w:val="24"/>
                <w:lang w:eastAsia="ja-JP"/>
              </w:rPr>
            </w:pPr>
          </w:p>
          <w:p w14:paraId="25133FDE" w14:textId="0B65833A" w:rsidR="00CE7907" w:rsidRPr="00C15E22" w:rsidRDefault="003D22B5" w:rsidP="000A4A70">
            <w:pPr>
              <w:keepLines/>
              <w:spacing w:after="0" w:line="216" w:lineRule="auto"/>
              <w:rPr>
                <w:b/>
                <w:bCs/>
                <w:sz w:val="20"/>
                <w:szCs w:val="24"/>
              </w:rPr>
            </w:pPr>
            <w:r>
              <w:rPr>
                <w:rFonts w:hint="eastAsia"/>
                <w:sz w:val="20"/>
                <w:szCs w:val="24"/>
                <w:lang w:eastAsia="ja-JP"/>
              </w:rPr>
              <w:t xml:space="preserve">　　　　　　　　　　　　</w:t>
            </w:r>
            <w:r w:rsidR="000A4A70" w:rsidRPr="0041316F">
              <w:rPr>
                <w:sz w:val="20"/>
                <w:szCs w:val="24"/>
              </w:rPr>
              <w:t xml:space="preserve">　　</w:t>
            </w:r>
            <w:r w:rsidRPr="00C15E22">
              <w:rPr>
                <w:rFonts w:hint="eastAsia"/>
                <w:b/>
                <w:bCs/>
                <w:sz w:val="20"/>
                <w:szCs w:val="24"/>
                <w:lang w:eastAsia="ja-JP"/>
              </w:rPr>
              <w:t>TEL</w:t>
            </w:r>
            <w:r w:rsidR="00C15E22">
              <w:rPr>
                <w:rFonts w:hint="eastAsia"/>
                <w:b/>
                <w:bCs/>
                <w:sz w:val="20"/>
                <w:szCs w:val="24"/>
                <w:lang w:eastAsia="ja-JP"/>
              </w:rPr>
              <w:t xml:space="preserve">　　</w:t>
            </w:r>
            <w:r w:rsidRPr="00C15E22">
              <w:rPr>
                <w:rFonts w:hint="eastAsia"/>
                <w:b/>
                <w:bCs/>
                <w:sz w:val="20"/>
                <w:szCs w:val="24"/>
                <w:lang w:eastAsia="ja-JP"/>
              </w:rPr>
              <w:t xml:space="preserve">　　</w:t>
            </w:r>
            <w:r w:rsidR="00C15E22" w:rsidRPr="00C15E22">
              <w:rPr>
                <w:rFonts w:hint="eastAsia"/>
                <w:b/>
                <w:bCs/>
                <w:sz w:val="20"/>
                <w:szCs w:val="24"/>
                <w:lang w:eastAsia="ja-JP"/>
              </w:rPr>
              <w:t>-　　　　-</w:t>
            </w:r>
            <w:r w:rsidR="000A4A70" w:rsidRPr="00C15E22">
              <w:rPr>
                <w:b/>
                <w:bCs/>
                <w:sz w:val="20"/>
                <w:szCs w:val="24"/>
              </w:rPr>
              <w:t xml:space="preserve">　　</w:t>
            </w:r>
            <w:r w:rsidR="00C15E22">
              <w:rPr>
                <w:rFonts w:hint="eastAsia"/>
                <w:b/>
                <w:bCs/>
                <w:sz w:val="20"/>
                <w:szCs w:val="24"/>
                <w:lang w:eastAsia="ja-JP"/>
              </w:rPr>
              <w:t xml:space="preserve">　　</w:t>
            </w:r>
            <w:r w:rsidR="000A4A70" w:rsidRPr="00C15E22">
              <w:rPr>
                <w:b/>
                <w:bCs/>
                <w:sz w:val="20"/>
                <w:szCs w:val="24"/>
              </w:rPr>
              <w:t xml:space="preserve">　　　</w:t>
            </w:r>
            <w:r w:rsidR="00CE7907" w:rsidRPr="00C15E22">
              <w:rPr>
                <w:b/>
                <w:bCs/>
                <w:sz w:val="20"/>
                <w:szCs w:val="24"/>
              </w:rPr>
              <w:t xml:space="preserve">　　　　　　　　　　　　　</w:t>
            </w:r>
          </w:p>
        </w:tc>
        <w:tc>
          <w:tcPr>
            <w:tcW w:w="3236" w:type="dxa"/>
            <w:tcBorders>
              <w:top w:val="single" w:sz="4" w:space="0" w:color="AAB7C4"/>
              <w:left w:val="single" w:sz="4" w:space="0" w:color="AAB7C4"/>
              <w:bottom w:val="single" w:sz="4" w:space="0" w:color="AAB7C4"/>
              <w:right w:val="single" w:sz="4" w:space="0" w:color="AAB7C4"/>
            </w:tcBorders>
            <w:vAlign w:val="center"/>
          </w:tcPr>
          <w:p w14:paraId="2700DDAA" w14:textId="04413A1D" w:rsidR="00C24845" w:rsidRDefault="00C24845" w:rsidP="00C24845">
            <w:pPr>
              <w:keepLines/>
              <w:spacing w:after="0" w:line="216" w:lineRule="auto"/>
              <w:rPr>
                <w:b/>
                <w:sz w:val="20"/>
                <w:szCs w:val="24"/>
                <w:lang w:eastAsia="ja-JP"/>
              </w:rPr>
            </w:pPr>
            <w:proofErr w:type="spellStart"/>
            <w:r w:rsidRPr="0041316F">
              <w:rPr>
                <w:b/>
                <w:sz w:val="20"/>
                <w:szCs w:val="24"/>
              </w:rPr>
              <w:t>紹介元医</w:t>
            </w:r>
            <w:proofErr w:type="spellEnd"/>
            <w:r w:rsidR="003D22B5">
              <w:rPr>
                <w:rFonts w:hint="eastAsia"/>
                <w:b/>
                <w:sz w:val="20"/>
                <w:szCs w:val="24"/>
                <w:lang w:eastAsia="ja-JP"/>
              </w:rPr>
              <w:t>師</w:t>
            </w:r>
            <w:r>
              <w:rPr>
                <w:rFonts w:hint="eastAsia"/>
                <w:b/>
                <w:sz w:val="20"/>
                <w:szCs w:val="24"/>
                <w:lang w:eastAsia="ja-JP"/>
              </w:rPr>
              <w:t>名</w:t>
            </w:r>
          </w:p>
          <w:p w14:paraId="3EA198A8" w14:textId="77777777" w:rsidR="00CE7907" w:rsidRDefault="00CE7907">
            <w:pPr>
              <w:keepLines/>
              <w:spacing w:after="0" w:line="216" w:lineRule="auto"/>
              <w:rPr>
                <w:sz w:val="20"/>
                <w:szCs w:val="24"/>
                <w:lang w:eastAsia="ja-JP"/>
              </w:rPr>
            </w:pPr>
          </w:p>
          <w:p w14:paraId="465E7FCC" w14:textId="41F9BEA3" w:rsidR="003D22B5" w:rsidRPr="0041316F" w:rsidRDefault="003D22B5">
            <w:pPr>
              <w:keepLines/>
              <w:spacing w:after="0" w:line="216" w:lineRule="auto"/>
              <w:rPr>
                <w:rFonts w:hint="eastAsia"/>
                <w:sz w:val="20"/>
                <w:szCs w:val="24"/>
                <w:lang w:eastAsia="ja-JP"/>
              </w:rPr>
            </w:pPr>
          </w:p>
        </w:tc>
      </w:tr>
      <w:tr w:rsidR="00897AC4" w:rsidRPr="0041316F" w14:paraId="5DDFF4A2" w14:textId="77777777" w:rsidTr="008061E9">
        <w:trPr>
          <w:gridAfter w:val="1"/>
          <w:wAfter w:w="24" w:type="dxa"/>
          <w:trHeight w:val="241"/>
          <w:jc w:val="center"/>
        </w:trPr>
        <w:tc>
          <w:tcPr>
            <w:tcW w:w="2985" w:type="dxa"/>
            <w:tcBorders>
              <w:top w:val="single" w:sz="4" w:space="0" w:color="AAB7C4"/>
              <w:left w:val="single" w:sz="4" w:space="0" w:color="AAB7C4"/>
              <w:bottom w:val="single" w:sz="4" w:space="0" w:color="AAB7C4"/>
              <w:right w:val="single" w:sz="4" w:space="0" w:color="AAB7C4"/>
            </w:tcBorders>
            <w:tcMar>
              <w:top w:w="30" w:type="dxa"/>
              <w:left w:w="55" w:type="dxa"/>
              <w:bottom w:w="30" w:type="dxa"/>
              <w:right w:w="55" w:type="dxa"/>
            </w:tcMar>
            <w:vAlign w:val="center"/>
          </w:tcPr>
          <w:p w14:paraId="2F8620B2" w14:textId="77777777" w:rsidR="00897AC4" w:rsidRPr="0041316F" w:rsidRDefault="00277357">
            <w:pPr>
              <w:keepLines/>
              <w:spacing w:after="0" w:line="216" w:lineRule="auto"/>
              <w:rPr>
                <w:sz w:val="20"/>
                <w:szCs w:val="24"/>
              </w:rPr>
            </w:pPr>
            <w:proofErr w:type="spellStart"/>
            <w:r w:rsidRPr="0041316F">
              <w:rPr>
                <w:b/>
                <w:sz w:val="20"/>
                <w:szCs w:val="24"/>
              </w:rPr>
              <w:t>身長</w:t>
            </w:r>
            <w:proofErr w:type="spellEnd"/>
            <w:r w:rsidRPr="0041316F">
              <w:rPr>
                <w:b/>
                <w:sz w:val="20"/>
                <w:szCs w:val="24"/>
              </w:rPr>
              <w:t xml:space="preserve"> </w:t>
            </w:r>
            <w:r w:rsidRPr="0041316F">
              <w:rPr>
                <w:sz w:val="20"/>
                <w:szCs w:val="24"/>
              </w:rPr>
              <w:t>（　　　）</w:t>
            </w:r>
            <w:r w:rsidRPr="0041316F">
              <w:rPr>
                <w:sz w:val="20"/>
                <w:szCs w:val="24"/>
              </w:rPr>
              <w:t>cm</w:t>
            </w:r>
          </w:p>
        </w:tc>
        <w:tc>
          <w:tcPr>
            <w:tcW w:w="5148" w:type="dxa"/>
            <w:gridSpan w:val="4"/>
            <w:tcBorders>
              <w:top w:val="single" w:sz="4" w:space="0" w:color="AAB7C4"/>
              <w:left w:val="single" w:sz="4" w:space="0" w:color="AAB7C4"/>
              <w:bottom w:val="single" w:sz="4" w:space="0" w:color="AAB7C4"/>
              <w:right w:val="single" w:sz="4" w:space="0" w:color="AAB7C4"/>
            </w:tcBorders>
            <w:tcMar>
              <w:top w:w="30" w:type="dxa"/>
              <w:left w:w="55" w:type="dxa"/>
              <w:bottom w:w="30" w:type="dxa"/>
              <w:right w:w="55" w:type="dxa"/>
            </w:tcMar>
            <w:vAlign w:val="center"/>
          </w:tcPr>
          <w:p w14:paraId="47A10922" w14:textId="77777777" w:rsidR="00897AC4" w:rsidRPr="0041316F" w:rsidRDefault="00277357">
            <w:pPr>
              <w:keepLines/>
              <w:spacing w:after="0" w:line="216" w:lineRule="auto"/>
              <w:rPr>
                <w:sz w:val="20"/>
                <w:szCs w:val="24"/>
              </w:rPr>
            </w:pPr>
            <w:r w:rsidRPr="0041316F">
              <w:rPr>
                <w:b/>
                <w:sz w:val="20"/>
                <w:szCs w:val="24"/>
              </w:rPr>
              <w:t>体重</w:t>
            </w:r>
            <w:r w:rsidRPr="0041316F">
              <w:rPr>
                <w:b/>
                <w:sz w:val="20"/>
                <w:szCs w:val="24"/>
              </w:rPr>
              <w:t xml:space="preserve"> </w:t>
            </w:r>
            <w:r w:rsidRPr="0041316F">
              <w:rPr>
                <w:sz w:val="20"/>
                <w:szCs w:val="24"/>
              </w:rPr>
              <w:t>（　　　）</w:t>
            </w:r>
            <w:r w:rsidRPr="0041316F">
              <w:rPr>
                <w:sz w:val="20"/>
                <w:szCs w:val="24"/>
              </w:rPr>
              <w:t>kg</w:t>
            </w:r>
          </w:p>
        </w:tc>
        <w:tc>
          <w:tcPr>
            <w:tcW w:w="2398" w:type="dxa"/>
            <w:tcBorders>
              <w:top w:val="single" w:sz="4" w:space="0" w:color="AAB7C4"/>
              <w:left w:val="single" w:sz="4" w:space="0" w:color="AAB7C4"/>
              <w:bottom w:val="single" w:sz="4" w:space="0" w:color="AAB7C4"/>
              <w:right w:val="single" w:sz="4" w:space="0" w:color="AAB7C4"/>
            </w:tcBorders>
            <w:tcMar>
              <w:top w:w="30" w:type="dxa"/>
              <w:left w:w="55" w:type="dxa"/>
              <w:bottom w:w="30" w:type="dxa"/>
              <w:right w:w="55" w:type="dxa"/>
            </w:tcMar>
            <w:vAlign w:val="center"/>
          </w:tcPr>
          <w:p w14:paraId="07E8273C" w14:textId="77777777" w:rsidR="00897AC4" w:rsidRPr="0041316F" w:rsidRDefault="00277357">
            <w:pPr>
              <w:keepLines/>
              <w:spacing w:after="0" w:line="216" w:lineRule="auto"/>
              <w:rPr>
                <w:sz w:val="20"/>
                <w:szCs w:val="24"/>
              </w:rPr>
            </w:pPr>
            <w:r w:rsidRPr="0041316F">
              <w:rPr>
                <w:b/>
                <w:sz w:val="20"/>
                <w:szCs w:val="24"/>
              </w:rPr>
              <w:t xml:space="preserve">BMI </w:t>
            </w:r>
            <w:r w:rsidRPr="0041316F">
              <w:rPr>
                <w:sz w:val="20"/>
                <w:szCs w:val="24"/>
              </w:rPr>
              <w:t>（　　　）</w:t>
            </w:r>
            <w:r w:rsidRPr="0041316F">
              <w:rPr>
                <w:sz w:val="20"/>
                <w:szCs w:val="24"/>
              </w:rPr>
              <w:t>kg/m²</w:t>
            </w:r>
          </w:p>
        </w:tc>
        <w:tc>
          <w:tcPr>
            <w:tcW w:w="5233" w:type="dxa"/>
            <w:gridSpan w:val="2"/>
            <w:tcBorders>
              <w:top w:val="single" w:sz="4" w:space="0" w:color="AAB7C4"/>
              <w:left w:val="single" w:sz="4" w:space="0" w:color="AAB7C4"/>
              <w:bottom w:val="single" w:sz="4" w:space="0" w:color="AAB7C4"/>
              <w:right w:val="single" w:sz="4" w:space="0" w:color="AAB7C4"/>
            </w:tcBorders>
            <w:tcMar>
              <w:top w:w="30" w:type="dxa"/>
              <w:left w:w="55" w:type="dxa"/>
              <w:bottom w:w="30" w:type="dxa"/>
              <w:right w:w="55" w:type="dxa"/>
            </w:tcMar>
            <w:vAlign w:val="center"/>
          </w:tcPr>
          <w:p w14:paraId="7035E004" w14:textId="77777777" w:rsidR="00897AC4" w:rsidRPr="0041316F" w:rsidRDefault="00277357">
            <w:pPr>
              <w:keepLines/>
              <w:spacing w:after="0" w:line="216" w:lineRule="auto"/>
              <w:rPr>
                <w:sz w:val="20"/>
                <w:szCs w:val="24"/>
              </w:rPr>
            </w:pPr>
            <w:r w:rsidRPr="0041316F">
              <w:rPr>
                <w:b/>
                <w:sz w:val="20"/>
                <w:szCs w:val="24"/>
              </w:rPr>
              <w:t>過去最大体重</w:t>
            </w:r>
            <w:r w:rsidRPr="0041316F">
              <w:rPr>
                <w:b/>
                <w:sz w:val="20"/>
                <w:szCs w:val="24"/>
              </w:rPr>
              <w:t xml:space="preserve"> </w:t>
            </w:r>
            <w:r w:rsidRPr="0041316F">
              <w:rPr>
                <w:sz w:val="20"/>
                <w:szCs w:val="24"/>
              </w:rPr>
              <w:t>（　　　）</w:t>
            </w:r>
            <w:r w:rsidRPr="0041316F">
              <w:rPr>
                <w:sz w:val="20"/>
                <w:szCs w:val="24"/>
              </w:rPr>
              <w:t>kg</w:t>
            </w:r>
            <w:r w:rsidRPr="0041316F">
              <w:rPr>
                <w:sz w:val="20"/>
                <w:szCs w:val="24"/>
              </w:rPr>
              <w:t>（　　　）歳時</w:t>
            </w:r>
          </w:p>
        </w:tc>
      </w:tr>
      <w:tr w:rsidR="00897AC4" w:rsidRPr="0041316F" w14:paraId="15EAE31C" w14:textId="77777777" w:rsidTr="008061E9">
        <w:trPr>
          <w:trHeight w:val="301"/>
          <w:jc w:val="center"/>
        </w:trPr>
        <w:tc>
          <w:tcPr>
            <w:tcW w:w="15788" w:type="dxa"/>
            <w:gridSpan w:val="9"/>
            <w:tcBorders>
              <w:top w:val="single" w:sz="4" w:space="0" w:color="D88900"/>
              <w:left w:val="single" w:sz="4" w:space="0" w:color="D88900"/>
              <w:bottom w:val="single" w:sz="4" w:space="0" w:color="D88900"/>
              <w:right w:val="single" w:sz="4" w:space="0" w:color="D88900"/>
            </w:tcBorders>
            <w:shd w:val="clear" w:color="auto" w:fill="D88900"/>
            <w:tcMar>
              <w:top w:w="35" w:type="dxa"/>
              <w:left w:w="80" w:type="dxa"/>
              <w:bottom w:w="35" w:type="dxa"/>
              <w:right w:w="80" w:type="dxa"/>
            </w:tcMar>
          </w:tcPr>
          <w:p w14:paraId="73B8DC5D" w14:textId="77777777" w:rsidR="00897AC4" w:rsidRPr="0041316F" w:rsidRDefault="00277357">
            <w:pPr>
              <w:keepLines/>
              <w:spacing w:after="0" w:line="216" w:lineRule="auto"/>
              <w:rPr>
                <w:sz w:val="20"/>
                <w:szCs w:val="24"/>
                <w:lang w:eastAsia="ja-JP"/>
              </w:rPr>
            </w:pPr>
            <w:r w:rsidRPr="0041316F">
              <w:rPr>
                <w:b/>
                <w:color w:val="FFFFFF"/>
                <w:sz w:val="20"/>
                <w:szCs w:val="24"/>
                <w:lang w:eastAsia="ja-JP"/>
              </w:rPr>
              <w:t>2</w:t>
            </w:r>
            <w:r w:rsidRPr="0041316F">
              <w:rPr>
                <w:b/>
                <w:color w:val="FFFFFF"/>
                <w:sz w:val="20"/>
                <w:szCs w:val="24"/>
                <w:lang w:eastAsia="ja-JP"/>
              </w:rPr>
              <w:t>．今回希望される</w:t>
            </w:r>
            <w:r w:rsidRPr="0041316F">
              <w:rPr>
                <w:b/>
                <w:color w:val="FFFFFF"/>
                <w:sz w:val="20"/>
                <w:szCs w:val="24"/>
                <w:lang w:eastAsia="ja-JP"/>
              </w:rPr>
              <w:t>GLP-1</w:t>
            </w:r>
            <w:r w:rsidRPr="0041316F">
              <w:rPr>
                <w:b/>
                <w:color w:val="FFFFFF"/>
                <w:sz w:val="20"/>
                <w:szCs w:val="24"/>
                <w:lang w:eastAsia="ja-JP"/>
              </w:rPr>
              <w:t>関連薬治療の適応（原則</w:t>
            </w:r>
            <w:r w:rsidRPr="0041316F">
              <w:rPr>
                <w:b/>
                <w:color w:val="FFFFFF"/>
                <w:sz w:val="20"/>
                <w:szCs w:val="24"/>
                <w:lang w:eastAsia="ja-JP"/>
              </w:rPr>
              <w:t>1</w:t>
            </w:r>
            <w:r w:rsidRPr="0041316F">
              <w:rPr>
                <w:b/>
                <w:color w:val="FFFFFF"/>
                <w:sz w:val="20"/>
                <w:szCs w:val="24"/>
                <w:lang w:eastAsia="ja-JP"/>
              </w:rPr>
              <w:t>つに</w:t>
            </w:r>
            <w:r w:rsidRPr="0041316F">
              <w:rPr>
                <w:b/>
                <w:color w:val="FFFFFF"/>
                <w:sz w:val="20"/>
                <w:szCs w:val="24"/>
                <w:lang w:eastAsia="ja-JP"/>
              </w:rPr>
              <w:t>✓</w:t>
            </w:r>
            <w:r w:rsidRPr="0041316F">
              <w:rPr>
                <w:b/>
                <w:color w:val="FFFFFF"/>
                <w:sz w:val="20"/>
                <w:szCs w:val="24"/>
                <w:lang w:eastAsia="ja-JP"/>
              </w:rPr>
              <w:t>）</w:t>
            </w:r>
          </w:p>
        </w:tc>
      </w:tr>
      <w:tr w:rsidR="00897AC4" w:rsidRPr="0041316F" w14:paraId="2C11A0BC" w14:textId="77777777" w:rsidTr="008061E9">
        <w:trPr>
          <w:trHeight w:val="524"/>
          <w:jc w:val="center"/>
        </w:trPr>
        <w:tc>
          <w:tcPr>
            <w:tcW w:w="8133" w:type="dxa"/>
            <w:gridSpan w:val="5"/>
            <w:tcBorders>
              <w:top w:val="single" w:sz="8" w:space="0" w:color="2E7D32"/>
              <w:left w:val="single" w:sz="8" w:space="0" w:color="2E7D32"/>
              <w:bottom w:val="single" w:sz="8" w:space="0" w:color="2E7D32"/>
              <w:right w:val="single" w:sz="8" w:space="0" w:color="2E7D32"/>
            </w:tcBorders>
            <w:shd w:val="clear" w:color="auto" w:fill="EAF5EA"/>
            <w:tcMar>
              <w:top w:w="45" w:type="dxa"/>
              <w:left w:w="75" w:type="dxa"/>
              <w:bottom w:w="45" w:type="dxa"/>
              <w:right w:w="75" w:type="dxa"/>
            </w:tcMar>
          </w:tcPr>
          <w:p w14:paraId="6F175E71" w14:textId="06299857" w:rsidR="00897AC4" w:rsidRPr="0041316F" w:rsidRDefault="00277357">
            <w:pPr>
              <w:keepLines/>
              <w:spacing w:after="0" w:line="216" w:lineRule="auto"/>
              <w:rPr>
                <w:sz w:val="20"/>
                <w:szCs w:val="24"/>
                <w:lang w:eastAsia="ja-JP"/>
              </w:rPr>
            </w:pPr>
            <w:r w:rsidRPr="0041316F">
              <w:rPr>
                <w:b/>
                <w:color w:val="2E7D32"/>
                <w:sz w:val="20"/>
                <w:szCs w:val="24"/>
                <w:lang w:eastAsia="ja-JP"/>
              </w:rPr>
              <w:t>□</w:t>
            </w:r>
            <w:r w:rsidR="0041316F">
              <w:rPr>
                <w:rFonts w:hint="eastAsia"/>
                <w:b/>
                <w:color w:val="2E7D32"/>
                <w:sz w:val="20"/>
                <w:szCs w:val="24"/>
                <w:lang w:eastAsia="ja-JP"/>
              </w:rPr>
              <w:t xml:space="preserve"> </w:t>
            </w:r>
            <w:r w:rsidR="0041316F" w:rsidRPr="0041316F">
              <w:rPr>
                <w:b/>
                <w:color w:val="2E7D32"/>
                <w:sz w:val="20"/>
                <w:szCs w:val="24"/>
                <w:lang w:eastAsia="ja-JP"/>
              </w:rPr>
              <w:t>代謝機能障害関連脂肪肝炎</w:t>
            </w:r>
            <w:r w:rsidR="0041316F">
              <w:rPr>
                <w:rFonts w:hint="eastAsia"/>
                <w:b/>
                <w:color w:val="2E7D32"/>
                <w:sz w:val="20"/>
                <w:szCs w:val="24"/>
                <w:lang w:eastAsia="ja-JP"/>
              </w:rPr>
              <w:t>（MASH）</w:t>
            </w:r>
            <w:r w:rsidRPr="0041316F">
              <w:rPr>
                <w:b/>
                <w:color w:val="2E7D32"/>
                <w:sz w:val="20"/>
                <w:szCs w:val="24"/>
                <w:lang w:eastAsia="ja-JP"/>
              </w:rPr>
              <w:t>を適応とした治療を希望</w:t>
            </w:r>
          </w:p>
          <w:p w14:paraId="6E8F1ADF" w14:textId="77777777" w:rsidR="00897AC4" w:rsidRPr="0041316F" w:rsidRDefault="00277357">
            <w:pPr>
              <w:keepLines/>
              <w:spacing w:after="0" w:line="204" w:lineRule="auto"/>
              <w:rPr>
                <w:sz w:val="20"/>
                <w:szCs w:val="24"/>
              </w:rPr>
            </w:pPr>
            <w:r w:rsidRPr="0041316F">
              <w:rPr>
                <w:b/>
                <w:color w:val="2E7D32"/>
                <w:sz w:val="20"/>
                <w:szCs w:val="24"/>
              </w:rPr>
              <w:t xml:space="preserve">→ </w:t>
            </w:r>
            <w:proofErr w:type="spellStart"/>
            <w:r w:rsidRPr="0041316F">
              <w:rPr>
                <w:b/>
                <w:color w:val="2E7D32"/>
                <w:sz w:val="20"/>
                <w:szCs w:val="24"/>
              </w:rPr>
              <w:t>消化器内科</w:t>
            </w:r>
            <w:proofErr w:type="spellEnd"/>
            <w:r w:rsidRPr="0041316F">
              <w:rPr>
                <w:b/>
                <w:color w:val="2E7D32"/>
                <w:sz w:val="20"/>
                <w:szCs w:val="24"/>
              </w:rPr>
              <w:t xml:space="preserve">　</w:t>
            </w:r>
            <w:proofErr w:type="spellStart"/>
            <w:r w:rsidRPr="0041316F">
              <w:rPr>
                <w:b/>
                <w:color w:val="2E7D32"/>
                <w:sz w:val="20"/>
                <w:szCs w:val="24"/>
              </w:rPr>
              <w:t>脂肪肝外来</w:t>
            </w:r>
            <w:proofErr w:type="spellEnd"/>
          </w:p>
        </w:tc>
        <w:tc>
          <w:tcPr>
            <w:tcW w:w="7655" w:type="dxa"/>
            <w:gridSpan w:val="4"/>
            <w:tcBorders>
              <w:top w:val="single" w:sz="8" w:space="0" w:color="0B5A9C"/>
              <w:left w:val="single" w:sz="8" w:space="0" w:color="0B5A9C"/>
              <w:bottom w:val="single" w:sz="8" w:space="0" w:color="0B5A9C"/>
              <w:right w:val="single" w:sz="8" w:space="0" w:color="0B5A9C"/>
            </w:tcBorders>
            <w:shd w:val="clear" w:color="auto" w:fill="EAF1FB"/>
            <w:tcMar>
              <w:top w:w="45" w:type="dxa"/>
              <w:left w:w="75" w:type="dxa"/>
              <w:bottom w:w="45" w:type="dxa"/>
              <w:right w:w="75" w:type="dxa"/>
            </w:tcMar>
          </w:tcPr>
          <w:p w14:paraId="0306C6BD" w14:textId="77777777" w:rsidR="00897AC4" w:rsidRPr="0041316F" w:rsidRDefault="00277357">
            <w:pPr>
              <w:keepLines/>
              <w:spacing w:after="0" w:line="216" w:lineRule="auto"/>
              <w:rPr>
                <w:sz w:val="20"/>
                <w:szCs w:val="24"/>
                <w:lang w:eastAsia="ja-JP"/>
              </w:rPr>
            </w:pPr>
            <w:r w:rsidRPr="0041316F">
              <w:rPr>
                <w:b/>
                <w:color w:val="0B5A9C"/>
                <w:sz w:val="20"/>
                <w:szCs w:val="24"/>
                <w:lang w:eastAsia="ja-JP"/>
              </w:rPr>
              <w:t xml:space="preserve">□ </w:t>
            </w:r>
            <w:r w:rsidRPr="0041316F">
              <w:rPr>
                <w:b/>
                <w:color w:val="0B5A9C"/>
                <w:sz w:val="20"/>
                <w:szCs w:val="24"/>
                <w:lang w:eastAsia="ja-JP"/>
              </w:rPr>
              <w:t>閉塞性睡眠時無呼吸症候群（</w:t>
            </w:r>
            <w:r w:rsidRPr="0041316F">
              <w:rPr>
                <w:b/>
                <w:color w:val="0B5A9C"/>
                <w:sz w:val="20"/>
                <w:szCs w:val="24"/>
                <w:lang w:eastAsia="ja-JP"/>
              </w:rPr>
              <w:t>OSAS</w:t>
            </w:r>
            <w:r w:rsidRPr="0041316F">
              <w:rPr>
                <w:b/>
                <w:color w:val="0B5A9C"/>
                <w:sz w:val="20"/>
                <w:szCs w:val="24"/>
                <w:lang w:eastAsia="ja-JP"/>
              </w:rPr>
              <w:t>）を適応とした治療を希望</w:t>
            </w:r>
          </w:p>
          <w:p w14:paraId="3602FF87" w14:textId="77777777" w:rsidR="00897AC4" w:rsidRPr="0041316F" w:rsidRDefault="00277357">
            <w:pPr>
              <w:keepLines/>
              <w:spacing w:after="0" w:line="204" w:lineRule="auto"/>
              <w:rPr>
                <w:sz w:val="20"/>
                <w:szCs w:val="24"/>
              </w:rPr>
            </w:pPr>
            <w:r w:rsidRPr="0041316F">
              <w:rPr>
                <w:b/>
                <w:color w:val="0B5A9C"/>
                <w:sz w:val="20"/>
                <w:szCs w:val="24"/>
              </w:rPr>
              <w:t xml:space="preserve">→ </w:t>
            </w:r>
            <w:proofErr w:type="spellStart"/>
            <w:r w:rsidRPr="0041316F">
              <w:rPr>
                <w:b/>
                <w:color w:val="0B5A9C"/>
                <w:sz w:val="20"/>
                <w:szCs w:val="24"/>
              </w:rPr>
              <w:t>循環器内科</w:t>
            </w:r>
            <w:proofErr w:type="spellEnd"/>
            <w:r w:rsidRPr="0041316F">
              <w:rPr>
                <w:b/>
                <w:color w:val="0B5A9C"/>
                <w:sz w:val="20"/>
                <w:szCs w:val="24"/>
              </w:rPr>
              <w:t xml:space="preserve">　</w:t>
            </w:r>
            <w:proofErr w:type="spellStart"/>
            <w:r w:rsidRPr="0041316F">
              <w:rPr>
                <w:b/>
                <w:color w:val="0B5A9C"/>
                <w:sz w:val="20"/>
                <w:szCs w:val="24"/>
              </w:rPr>
              <w:t>SAS</w:t>
            </w:r>
            <w:r w:rsidRPr="0041316F">
              <w:rPr>
                <w:b/>
                <w:color w:val="0B5A9C"/>
                <w:sz w:val="20"/>
                <w:szCs w:val="24"/>
              </w:rPr>
              <w:t>外来</w:t>
            </w:r>
            <w:proofErr w:type="spellEnd"/>
          </w:p>
        </w:tc>
      </w:tr>
      <w:tr w:rsidR="00897AC4" w:rsidRPr="0041316F" w14:paraId="19DCAD80" w14:textId="77777777" w:rsidTr="008061E9">
        <w:trPr>
          <w:trHeight w:val="409"/>
          <w:jc w:val="center"/>
        </w:trPr>
        <w:tc>
          <w:tcPr>
            <w:tcW w:w="8133" w:type="dxa"/>
            <w:gridSpan w:val="5"/>
            <w:tcBorders>
              <w:top w:val="single" w:sz="8" w:space="0" w:color="C51E2A"/>
              <w:left w:val="single" w:sz="8" w:space="0" w:color="C51E2A"/>
              <w:bottom w:val="single" w:sz="8" w:space="0" w:color="C51E2A"/>
              <w:right w:val="single" w:sz="8" w:space="0" w:color="C51E2A"/>
            </w:tcBorders>
            <w:shd w:val="clear" w:color="auto" w:fill="FCEBEC"/>
            <w:tcMar>
              <w:top w:w="45" w:type="dxa"/>
              <w:left w:w="75" w:type="dxa"/>
              <w:bottom w:w="45" w:type="dxa"/>
              <w:right w:w="75" w:type="dxa"/>
            </w:tcMar>
          </w:tcPr>
          <w:p w14:paraId="3B5009BD" w14:textId="77777777" w:rsidR="00897AC4" w:rsidRPr="0041316F" w:rsidRDefault="00277357">
            <w:pPr>
              <w:keepLines/>
              <w:spacing w:after="0" w:line="216" w:lineRule="auto"/>
              <w:rPr>
                <w:sz w:val="20"/>
                <w:szCs w:val="24"/>
                <w:lang w:eastAsia="ja-JP"/>
              </w:rPr>
            </w:pPr>
            <w:r w:rsidRPr="0041316F">
              <w:rPr>
                <w:b/>
                <w:color w:val="C51E2A"/>
                <w:sz w:val="20"/>
                <w:szCs w:val="24"/>
                <w:lang w:eastAsia="ja-JP"/>
              </w:rPr>
              <w:t xml:space="preserve">□ </w:t>
            </w:r>
            <w:r w:rsidRPr="0041316F">
              <w:rPr>
                <w:b/>
                <w:color w:val="C51E2A"/>
                <w:sz w:val="20"/>
                <w:szCs w:val="24"/>
                <w:lang w:eastAsia="ja-JP"/>
              </w:rPr>
              <w:t>肥満症を適応とした治療を希望</w:t>
            </w:r>
          </w:p>
          <w:p w14:paraId="08926F68" w14:textId="77777777" w:rsidR="00897AC4" w:rsidRPr="0041316F" w:rsidRDefault="00277357">
            <w:pPr>
              <w:keepLines/>
              <w:spacing w:after="0" w:line="204" w:lineRule="auto"/>
              <w:rPr>
                <w:sz w:val="20"/>
                <w:szCs w:val="24"/>
                <w:lang w:eastAsia="ja-JP"/>
              </w:rPr>
            </w:pPr>
            <w:r w:rsidRPr="0041316F">
              <w:rPr>
                <w:b/>
                <w:color w:val="C51E2A"/>
                <w:sz w:val="20"/>
                <w:szCs w:val="24"/>
                <w:lang w:eastAsia="ja-JP"/>
              </w:rPr>
              <w:t xml:space="preserve">→ </w:t>
            </w:r>
            <w:r w:rsidRPr="0041316F">
              <w:rPr>
                <w:b/>
                <w:color w:val="C51E2A"/>
                <w:sz w:val="20"/>
                <w:szCs w:val="24"/>
                <w:lang w:eastAsia="ja-JP"/>
              </w:rPr>
              <w:t>糖尿病・代謝・内分泌内科　肥満外来</w:t>
            </w:r>
          </w:p>
        </w:tc>
        <w:tc>
          <w:tcPr>
            <w:tcW w:w="7655" w:type="dxa"/>
            <w:gridSpan w:val="4"/>
            <w:tcBorders>
              <w:top w:val="single" w:sz="8" w:space="0" w:color="D88900"/>
              <w:left w:val="single" w:sz="8" w:space="0" w:color="D88900"/>
              <w:bottom w:val="single" w:sz="8" w:space="0" w:color="D88900"/>
              <w:right w:val="single" w:sz="8" w:space="0" w:color="D88900"/>
            </w:tcBorders>
            <w:shd w:val="clear" w:color="auto" w:fill="FFF4DA"/>
            <w:tcMar>
              <w:top w:w="45" w:type="dxa"/>
              <w:left w:w="75" w:type="dxa"/>
              <w:bottom w:w="45" w:type="dxa"/>
              <w:right w:w="75" w:type="dxa"/>
            </w:tcMar>
          </w:tcPr>
          <w:p w14:paraId="74C890CA" w14:textId="77777777" w:rsidR="00897AC4" w:rsidRPr="0041316F" w:rsidRDefault="00277357">
            <w:pPr>
              <w:keepLines/>
              <w:spacing w:after="0" w:line="216" w:lineRule="auto"/>
              <w:rPr>
                <w:sz w:val="20"/>
                <w:szCs w:val="24"/>
                <w:lang w:eastAsia="ja-JP"/>
              </w:rPr>
            </w:pPr>
            <w:r w:rsidRPr="0041316F">
              <w:rPr>
                <w:b/>
                <w:color w:val="D88900"/>
                <w:sz w:val="20"/>
                <w:szCs w:val="24"/>
                <w:lang w:eastAsia="ja-JP"/>
              </w:rPr>
              <w:t xml:space="preserve">□ </w:t>
            </w:r>
            <w:r w:rsidRPr="0041316F">
              <w:rPr>
                <w:b/>
                <w:color w:val="D88900"/>
                <w:sz w:val="20"/>
                <w:szCs w:val="24"/>
                <w:lang w:eastAsia="ja-JP"/>
              </w:rPr>
              <w:t>適応疾患は未定／相談を希望</w:t>
            </w:r>
          </w:p>
          <w:p w14:paraId="4D67956F" w14:textId="77777777" w:rsidR="00897AC4" w:rsidRPr="0041316F" w:rsidRDefault="00277357">
            <w:pPr>
              <w:keepLines/>
              <w:spacing w:after="0" w:line="204" w:lineRule="auto"/>
              <w:rPr>
                <w:sz w:val="20"/>
                <w:szCs w:val="24"/>
                <w:lang w:eastAsia="ja-JP"/>
              </w:rPr>
            </w:pPr>
            <w:r w:rsidRPr="0041316F">
              <w:rPr>
                <w:b/>
                <w:color w:val="D88900"/>
                <w:sz w:val="20"/>
                <w:szCs w:val="24"/>
                <w:lang w:eastAsia="ja-JP"/>
              </w:rPr>
              <w:t xml:space="preserve">→ </w:t>
            </w:r>
            <w:r w:rsidRPr="0041316F">
              <w:rPr>
                <w:b/>
                <w:color w:val="D88900"/>
                <w:sz w:val="20"/>
                <w:szCs w:val="24"/>
                <w:lang w:eastAsia="ja-JP"/>
              </w:rPr>
              <w:t>糖尿病・代謝・内分泌内科　肥満外来</w:t>
            </w:r>
          </w:p>
        </w:tc>
      </w:tr>
      <w:tr w:rsidR="00897AC4" w:rsidRPr="0041316F" w14:paraId="00602105" w14:textId="77777777" w:rsidTr="008061E9">
        <w:trPr>
          <w:trHeight w:val="287"/>
          <w:jc w:val="center"/>
        </w:trPr>
        <w:tc>
          <w:tcPr>
            <w:tcW w:w="15788" w:type="dxa"/>
            <w:gridSpan w:val="9"/>
            <w:tcBorders>
              <w:top w:val="single" w:sz="4" w:space="0" w:color="4A637A"/>
              <w:left w:val="single" w:sz="4" w:space="0" w:color="4A637A"/>
              <w:bottom w:val="single" w:sz="4" w:space="0" w:color="4A637A"/>
              <w:right w:val="single" w:sz="4" w:space="0" w:color="4A637A"/>
            </w:tcBorders>
            <w:shd w:val="clear" w:color="auto" w:fill="4A637A"/>
            <w:tcMar>
              <w:top w:w="35" w:type="dxa"/>
              <w:left w:w="80" w:type="dxa"/>
              <w:bottom w:w="35" w:type="dxa"/>
              <w:right w:w="80" w:type="dxa"/>
            </w:tcMar>
          </w:tcPr>
          <w:p w14:paraId="41F8C9BD" w14:textId="77777777" w:rsidR="00897AC4" w:rsidRPr="0041316F" w:rsidRDefault="00277357">
            <w:pPr>
              <w:keepLines/>
              <w:spacing w:after="0" w:line="216" w:lineRule="auto"/>
              <w:rPr>
                <w:sz w:val="20"/>
                <w:szCs w:val="24"/>
                <w:lang w:eastAsia="ja-JP"/>
              </w:rPr>
            </w:pPr>
            <w:r w:rsidRPr="0041316F">
              <w:rPr>
                <w:b/>
                <w:color w:val="FFFFFF"/>
                <w:sz w:val="20"/>
                <w:szCs w:val="24"/>
                <w:lang w:eastAsia="ja-JP"/>
              </w:rPr>
              <w:t>3</w:t>
            </w:r>
            <w:r w:rsidRPr="0041316F">
              <w:rPr>
                <w:b/>
                <w:color w:val="FFFFFF"/>
                <w:sz w:val="20"/>
                <w:szCs w:val="24"/>
                <w:lang w:eastAsia="ja-JP"/>
              </w:rPr>
              <w:t>．適応疾患別情報（分かる範囲でご記載ください）</w:t>
            </w:r>
          </w:p>
        </w:tc>
      </w:tr>
      <w:tr w:rsidR="00897AC4" w:rsidRPr="0041316F" w14:paraId="7A5404A6" w14:textId="77777777" w:rsidTr="008061E9">
        <w:trPr>
          <w:trHeight w:val="2521"/>
          <w:jc w:val="center"/>
        </w:trPr>
        <w:tc>
          <w:tcPr>
            <w:tcW w:w="5501" w:type="dxa"/>
            <w:gridSpan w:val="3"/>
            <w:tcBorders>
              <w:top w:val="single" w:sz="6" w:space="0" w:color="C51E2A"/>
              <w:left w:val="single" w:sz="6" w:space="0" w:color="C51E2A"/>
              <w:bottom w:val="single" w:sz="6" w:space="0" w:color="C51E2A"/>
              <w:right w:val="single" w:sz="6" w:space="0" w:color="C51E2A"/>
            </w:tcBorders>
            <w:shd w:val="clear" w:color="auto" w:fill="FCEBEC"/>
            <w:tcMar>
              <w:top w:w="45" w:type="dxa"/>
              <w:left w:w="65" w:type="dxa"/>
              <w:bottom w:w="45" w:type="dxa"/>
              <w:right w:w="65" w:type="dxa"/>
            </w:tcMar>
          </w:tcPr>
          <w:p w14:paraId="02DF69A1" w14:textId="77777777" w:rsidR="00897AC4" w:rsidRPr="0041316F" w:rsidRDefault="00277357">
            <w:pPr>
              <w:keepLines/>
              <w:spacing w:after="20" w:line="216" w:lineRule="auto"/>
              <w:rPr>
                <w:sz w:val="20"/>
                <w:szCs w:val="24"/>
              </w:rPr>
            </w:pPr>
            <w:r w:rsidRPr="0041316F">
              <w:rPr>
                <w:b/>
                <w:color w:val="C51E2A"/>
                <w:sz w:val="20"/>
                <w:szCs w:val="24"/>
              </w:rPr>
              <w:t>【</w:t>
            </w:r>
            <w:proofErr w:type="spellStart"/>
            <w:r w:rsidRPr="0041316F">
              <w:rPr>
                <w:b/>
                <w:color w:val="C51E2A"/>
                <w:sz w:val="20"/>
                <w:szCs w:val="24"/>
              </w:rPr>
              <w:t>肥満症】肥満関連健康障害</w:t>
            </w:r>
            <w:proofErr w:type="spellEnd"/>
          </w:p>
          <w:p w14:paraId="27E89274" w14:textId="77777777" w:rsidR="0041316F" w:rsidRPr="0041316F" w:rsidRDefault="00277357" w:rsidP="0041316F">
            <w:pPr>
              <w:keepLines/>
              <w:spacing w:after="0" w:line="228" w:lineRule="auto"/>
              <w:rPr>
                <w:sz w:val="20"/>
                <w:szCs w:val="24"/>
                <w:lang w:eastAsia="ja-JP"/>
              </w:rPr>
            </w:pPr>
            <w:r w:rsidRPr="0041316F">
              <w:rPr>
                <w:sz w:val="20"/>
                <w:szCs w:val="24"/>
                <w:lang w:eastAsia="ja-JP"/>
              </w:rPr>
              <w:t>□ 2</w:t>
            </w:r>
            <w:r w:rsidRPr="0041316F">
              <w:rPr>
                <w:sz w:val="20"/>
                <w:szCs w:val="24"/>
                <w:lang w:eastAsia="ja-JP"/>
              </w:rPr>
              <w:t>型糖尿病・耐糖能異常</w:t>
            </w:r>
            <w:r w:rsidR="0041316F">
              <w:rPr>
                <w:rFonts w:hint="eastAsia"/>
                <w:sz w:val="20"/>
                <w:szCs w:val="24"/>
                <w:lang w:eastAsia="ja-JP"/>
              </w:rPr>
              <w:t xml:space="preserve">　</w:t>
            </w:r>
            <w:r w:rsidR="0041316F" w:rsidRPr="0041316F">
              <w:rPr>
                <w:sz w:val="20"/>
                <w:szCs w:val="24"/>
                <w:lang w:eastAsia="ja-JP"/>
              </w:rPr>
              <w:t>□ 脂質異常症</w:t>
            </w:r>
            <w:r w:rsidR="0041316F">
              <w:rPr>
                <w:rFonts w:hint="eastAsia"/>
                <w:sz w:val="20"/>
                <w:szCs w:val="24"/>
                <w:lang w:eastAsia="ja-JP"/>
              </w:rPr>
              <w:t xml:space="preserve">　</w:t>
            </w:r>
            <w:r w:rsidR="0041316F" w:rsidRPr="0041316F">
              <w:rPr>
                <w:sz w:val="20"/>
                <w:szCs w:val="24"/>
                <w:lang w:eastAsia="ja-JP"/>
              </w:rPr>
              <w:t>□ 高血圧症</w:t>
            </w:r>
          </w:p>
          <w:p w14:paraId="6B755A9C" w14:textId="77777777" w:rsidR="00897AC4" w:rsidRPr="0041316F" w:rsidRDefault="00277357">
            <w:pPr>
              <w:keepLines/>
              <w:spacing w:after="0" w:line="228" w:lineRule="auto"/>
              <w:rPr>
                <w:sz w:val="20"/>
                <w:szCs w:val="24"/>
                <w:lang w:eastAsia="ja-JP"/>
              </w:rPr>
            </w:pPr>
            <w:r w:rsidRPr="0041316F">
              <w:rPr>
                <w:sz w:val="20"/>
                <w:szCs w:val="24"/>
                <w:lang w:eastAsia="ja-JP"/>
              </w:rPr>
              <w:t xml:space="preserve">□ </w:t>
            </w:r>
            <w:r w:rsidRPr="0041316F">
              <w:rPr>
                <w:sz w:val="20"/>
                <w:szCs w:val="24"/>
                <w:lang w:eastAsia="ja-JP"/>
              </w:rPr>
              <w:t>高尿酸血症・痛風</w:t>
            </w:r>
          </w:p>
          <w:p w14:paraId="01AEC194" w14:textId="70B881E8" w:rsidR="00897AC4" w:rsidRPr="0041316F" w:rsidRDefault="00277357">
            <w:pPr>
              <w:keepLines/>
              <w:spacing w:after="0" w:line="228" w:lineRule="auto"/>
              <w:rPr>
                <w:sz w:val="20"/>
                <w:szCs w:val="24"/>
                <w:lang w:eastAsia="ja-JP"/>
              </w:rPr>
            </w:pPr>
            <w:r w:rsidRPr="0041316F">
              <w:rPr>
                <w:sz w:val="20"/>
                <w:szCs w:val="24"/>
                <w:lang w:eastAsia="ja-JP"/>
              </w:rPr>
              <w:t xml:space="preserve">□ </w:t>
            </w:r>
            <w:r w:rsidRPr="0041316F">
              <w:rPr>
                <w:sz w:val="20"/>
                <w:szCs w:val="24"/>
                <w:lang w:eastAsia="ja-JP"/>
              </w:rPr>
              <w:t>冠動脈疾患</w:t>
            </w:r>
            <w:r w:rsidR="0041316F">
              <w:rPr>
                <w:rFonts w:hint="eastAsia"/>
                <w:sz w:val="20"/>
                <w:szCs w:val="24"/>
                <w:lang w:eastAsia="ja-JP"/>
              </w:rPr>
              <w:t xml:space="preserve">　</w:t>
            </w:r>
            <w:r w:rsidR="002D6B64">
              <w:rPr>
                <w:rFonts w:hint="eastAsia"/>
                <w:sz w:val="20"/>
                <w:szCs w:val="24"/>
                <w:lang w:eastAsia="ja-JP"/>
              </w:rPr>
              <w:t xml:space="preserve">　</w:t>
            </w:r>
            <w:r w:rsidRPr="0041316F">
              <w:rPr>
                <w:sz w:val="20"/>
                <w:szCs w:val="24"/>
                <w:lang w:eastAsia="ja-JP"/>
              </w:rPr>
              <w:t xml:space="preserve">□ </w:t>
            </w:r>
            <w:r w:rsidRPr="0041316F">
              <w:rPr>
                <w:sz w:val="20"/>
                <w:szCs w:val="24"/>
                <w:lang w:eastAsia="ja-JP"/>
              </w:rPr>
              <w:t>脳梗塞・一過性脳虚血発作</w:t>
            </w:r>
          </w:p>
          <w:p w14:paraId="79088BA3" w14:textId="46B3705F" w:rsidR="00897AC4" w:rsidRPr="0041316F" w:rsidRDefault="00277357">
            <w:pPr>
              <w:keepLines/>
              <w:spacing w:after="0" w:line="228" w:lineRule="auto"/>
              <w:rPr>
                <w:sz w:val="20"/>
                <w:szCs w:val="24"/>
                <w:lang w:eastAsia="ja-JP"/>
              </w:rPr>
            </w:pPr>
            <w:r w:rsidRPr="0041316F">
              <w:rPr>
                <w:sz w:val="20"/>
                <w:szCs w:val="24"/>
                <w:lang w:eastAsia="ja-JP"/>
              </w:rPr>
              <w:t xml:space="preserve">□ </w:t>
            </w:r>
            <w:r w:rsidRPr="0041316F">
              <w:rPr>
                <w:sz w:val="20"/>
                <w:szCs w:val="24"/>
                <w:lang w:eastAsia="ja-JP"/>
              </w:rPr>
              <w:t>脂肪性肝疾患</w:t>
            </w:r>
            <w:r w:rsidR="0041316F">
              <w:rPr>
                <w:rFonts w:hint="eastAsia"/>
                <w:sz w:val="20"/>
                <w:szCs w:val="24"/>
                <w:lang w:eastAsia="ja-JP"/>
              </w:rPr>
              <w:t xml:space="preserve">　</w:t>
            </w:r>
            <w:r w:rsidRPr="0041316F">
              <w:rPr>
                <w:sz w:val="20"/>
                <w:szCs w:val="24"/>
                <w:lang w:eastAsia="ja-JP"/>
              </w:rPr>
              <w:t xml:space="preserve">□ </w:t>
            </w:r>
            <w:r w:rsidRPr="0041316F">
              <w:rPr>
                <w:sz w:val="20"/>
                <w:szCs w:val="24"/>
                <w:lang w:eastAsia="ja-JP"/>
              </w:rPr>
              <w:t>月経異常・女性不妊</w:t>
            </w:r>
          </w:p>
          <w:p w14:paraId="57E1D689" w14:textId="77777777" w:rsidR="00897AC4" w:rsidRPr="0041316F" w:rsidRDefault="00277357">
            <w:pPr>
              <w:keepLines/>
              <w:spacing w:after="0" w:line="228" w:lineRule="auto"/>
              <w:rPr>
                <w:sz w:val="20"/>
                <w:szCs w:val="24"/>
              </w:rPr>
            </w:pPr>
            <w:r w:rsidRPr="0041316F">
              <w:rPr>
                <w:sz w:val="20"/>
                <w:szCs w:val="24"/>
              </w:rPr>
              <w:t xml:space="preserve">□ </w:t>
            </w:r>
            <w:proofErr w:type="spellStart"/>
            <w:r w:rsidRPr="0041316F">
              <w:rPr>
                <w:sz w:val="20"/>
                <w:szCs w:val="24"/>
              </w:rPr>
              <w:t>OSAS</w:t>
            </w:r>
            <w:r w:rsidRPr="0041316F">
              <w:rPr>
                <w:sz w:val="20"/>
                <w:szCs w:val="24"/>
              </w:rPr>
              <w:t>・肥満低換気症候群</w:t>
            </w:r>
            <w:proofErr w:type="spellEnd"/>
          </w:p>
          <w:p w14:paraId="544943AF" w14:textId="32B1F95F" w:rsidR="00897AC4" w:rsidRPr="0041316F" w:rsidRDefault="00277357">
            <w:pPr>
              <w:keepLines/>
              <w:spacing w:after="0" w:line="228" w:lineRule="auto"/>
              <w:rPr>
                <w:sz w:val="20"/>
                <w:szCs w:val="24"/>
              </w:rPr>
            </w:pPr>
            <w:r w:rsidRPr="0041316F">
              <w:rPr>
                <w:sz w:val="20"/>
                <w:szCs w:val="24"/>
              </w:rPr>
              <w:t xml:space="preserve">□ </w:t>
            </w:r>
            <w:proofErr w:type="spellStart"/>
            <w:r w:rsidRPr="0041316F">
              <w:rPr>
                <w:sz w:val="20"/>
                <w:szCs w:val="24"/>
              </w:rPr>
              <w:t>運動器疾患</w:t>
            </w:r>
            <w:proofErr w:type="spellEnd"/>
            <w:r w:rsidR="002D6B64">
              <w:rPr>
                <w:rFonts w:hint="eastAsia"/>
                <w:sz w:val="20"/>
                <w:szCs w:val="24"/>
                <w:lang w:eastAsia="ja-JP"/>
              </w:rPr>
              <w:t xml:space="preserve">　　</w:t>
            </w:r>
            <w:r w:rsidRPr="0041316F">
              <w:rPr>
                <w:sz w:val="20"/>
                <w:szCs w:val="24"/>
              </w:rPr>
              <w:t xml:space="preserve">□ </w:t>
            </w:r>
            <w:proofErr w:type="spellStart"/>
            <w:r w:rsidRPr="0041316F">
              <w:rPr>
                <w:sz w:val="20"/>
                <w:szCs w:val="24"/>
              </w:rPr>
              <w:t>肥満関連腎臓病</w:t>
            </w:r>
            <w:proofErr w:type="spellEnd"/>
          </w:p>
          <w:p w14:paraId="19B66060" w14:textId="77777777" w:rsidR="00897AC4" w:rsidRPr="0041316F" w:rsidRDefault="00277357">
            <w:pPr>
              <w:keepLines/>
              <w:spacing w:after="0" w:line="228" w:lineRule="auto"/>
              <w:rPr>
                <w:sz w:val="20"/>
                <w:szCs w:val="24"/>
              </w:rPr>
            </w:pPr>
            <w:r w:rsidRPr="0041316F">
              <w:rPr>
                <w:sz w:val="20"/>
                <w:szCs w:val="24"/>
              </w:rPr>
              <w:t xml:space="preserve">□ </w:t>
            </w:r>
            <w:r w:rsidRPr="0041316F">
              <w:rPr>
                <w:sz w:val="20"/>
                <w:szCs w:val="24"/>
              </w:rPr>
              <w:t>精神疾患（　　　　　　　　　）</w:t>
            </w:r>
          </w:p>
        </w:tc>
        <w:tc>
          <w:tcPr>
            <w:tcW w:w="5030" w:type="dxa"/>
            <w:gridSpan w:val="3"/>
            <w:tcBorders>
              <w:top w:val="single" w:sz="6" w:space="0" w:color="2E7D32"/>
              <w:left w:val="single" w:sz="6" w:space="0" w:color="2E7D32"/>
              <w:bottom w:val="single" w:sz="6" w:space="0" w:color="2E7D32"/>
              <w:right w:val="single" w:sz="6" w:space="0" w:color="2E7D32"/>
            </w:tcBorders>
            <w:shd w:val="clear" w:color="auto" w:fill="EAF5EA"/>
            <w:tcMar>
              <w:top w:w="45" w:type="dxa"/>
              <w:left w:w="65" w:type="dxa"/>
              <w:bottom w:w="45" w:type="dxa"/>
              <w:right w:w="65" w:type="dxa"/>
            </w:tcMar>
          </w:tcPr>
          <w:p w14:paraId="049C0783" w14:textId="77777777" w:rsidR="00897AC4" w:rsidRPr="0041316F" w:rsidRDefault="00277357">
            <w:pPr>
              <w:keepLines/>
              <w:spacing w:after="20" w:line="216" w:lineRule="auto"/>
              <w:rPr>
                <w:sz w:val="20"/>
                <w:szCs w:val="24"/>
                <w:lang w:eastAsia="ja-JP"/>
              </w:rPr>
            </w:pPr>
            <w:r w:rsidRPr="0041316F">
              <w:rPr>
                <w:b/>
                <w:color w:val="2E7D32"/>
                <w:sz w:val="20"/>
                <w:szCs w:val="24"/>
                <w:lang w:eastAsia="ja-JP"/>
              </w:rPr>
              <w:t>【</w:t>
            </w:r>
            <w:r w:rsidRPr="0041316F">
              <w:rPr>
                <w:b/>
                <w:color w:val="2E7D32"/>
                <w:sz w:val="20"/>
                <w:szCs w:val="24"/>
                <w:lang w:eastAsia="ja-JP"/>
              </w:rPr>
              <w:t>MASH</w:t>
            </w:r>
            <w:r w:rsidRPr="0041316F">
              <w:rPr>
                <w:b/>
                <w:color w:val="2E7D32"/>
                <w:sz w:val="20"/>
                <w:szCs w:val="24"/>
                <w:lang w:eastAsia="ja-JP"/>
              </w:rPr>
              <w:t>】</w:t>
            </w:r>
          </w:p>
          <w:p w14:paraId="35DBF4AF" w14:textId="0D3D242A" w:rsidR="0041316F" w:rsidRDefault="0041316F">
            <w:pPr>
              <w:keepLines/>
              <w:spacing w:after="0" w:line="228" w:lineRule="auto"/>
              <w:rPr>
                <w:sz w:val="20"/>
                <w:szCs w:val="24"/>
                <w:lang w:eastAsia="ja-JP"/>
              </w:rPr>
            </w:pPr>
            <w:r w:rsidRPr="0041316F">
              <w:rPr>
                <w:sz w:val="20"/>
                <w:szCs w:val="24"/>
                <w:lang w:eastAsia="ja-JP"/>
              </w:rPr>
              <w:t>MASH　□診断</w:t>
            </w:r>
            <w:r w:rsidR="001F091C">
              <w:rPr>
                <w:rFonts w:hint="eastAsia"/>
                <w:sz w:val="20"/>
                <w:szCs w:val="24"/>
                <w:lang w:eastAsia="ja-JP"/>
              </w:rPr>
              <w:t>済</w:t>
            </w:r>
            <w:r w:rsidRPr="0041316F">
              <w:rPr>
                <w:sz w:val="20"/>
                <w:szCs w:val="24"/>
                <w:lang w:eastAsia="ja-JP"/>
              </w:rPr>
              <w:t xml:space="preserve">　□疑い　□未評価</w:t>
            </w:r>
          </w:p>
          <w:p w14:paraId="36D24AB7" w14:textId="77777777" w:rsidR="0041316F" w:rsidRPr="0041316F" w:rsidRDefault="0041316F" w:rsidP="0041316F">
            <w:pPr>
              <w:keepLines/>
              <w:spacing w:after="0" w:line="228" w:lineRule="auto"/>
              <w:rPr>
                <w:sz w:val="20"/>
                <w:szCs w:val="24"/>
                <w:lang w:eastAsia="ja-JP"/>
              </w:rPr>
            </w:pPr>
            <w:r w:rsidRPr="0041316F">
              <w:rPr>
                <w:sz w:val="20"/>
                <w:szCs w:val="24"/>
                <w:lang w:eastAsia="ja-JP"/>
              </w:rPr>
              <w:t>脂肪肝　□あり　□なし　□不明</w:t>
            </w:r>
          </w:p>
          <w:p w14:paraId="70D8EEC0" w14:textId="7D580C47" w:rsidR="00897AC4" w:rsidRPr="0041316F" w:rsidRDefault="00277357">
            <w:pPr>
              <w:keepLines/>
              <w:spacing w:after="0" w:line="228" w:lineRule="auto"/>
              <w:rPr>
                <w:sz w:val="20"/>
                <w:szCs w:val="24"/>
              </w:rPr>
            </w:pPr>
            <w:r w:rsidRPr="0041316F">
              <w:rPr>
                <w:sz w:val="20"/>
                <w:szCs w:val="24"/>
              </w:rPr>
              <w:t>AST</w:t>
            </w:r>
            <w:r w:rsidRPr="0041316F">
              <w:rPr>
                <w:sz w:val="20"/>
                <w:szCs w:val="24"/>
              </w:rPr>
              <w:t>（</w:t>
            </w:r>
            <w:r w:rsidRPr="0041316F">
              <w:rPr>
                <w:sz w:val="20"/>
                <w:szCs w:val="24"/>
              </w:rPr>
              <w:t>GOT</w:t>
            </w:r>
            <w:r w:rsidRPr="0041316F">
              <w:rPr>
                <w:sz w:val="20"/>
                <w:szCs w:val="24"/>
              </w:rPr>
              <w:t>）　（　　　）</w:t>
            </w:r>
            <w:r w:rsidRPr="0041316F">
              <w:rPr>
                <w:sz w:val="20"/>
                <w:szCs w:val="24"/>
              </w:rPr>
              <w:t>U/L</w:t>
            </w:r>
          </w:p>
          <w:p w14:paraId="4D4C2480" w14:textId="77777777" w:rsidR="00897AC4" w:rsidRPr="0041316F" w:rsidRDefault="00277357">
            <w:pPr>
              <w:keepLines/>
              <w:spacing w:after="0" w:line="228" w:lineRule="auto"/>
              <w:rPr>
                <w:sz w:val="20"/>
                <w:szCs w:val="24"/>
              </w:rPr>
            </w:pPr>
            <w:r w:rsidRPr="0041316F">
              <w:rPr>
                <w:sz w:val="20"/>
                <w:szCs w:val="24"/>
              </w:rPr>
              <w:t>ALT</w:t>
            </w:r>
            <w:r w:rsidRPr="0041316F">
              <w:rPr>
                <w:sz w:val="20"/>
                <w:szCs w:val="24"/>
              </w:rPr>
              <w:t>（</w:t>
            </w:r>
            <w:r w:rsidRPr="0041316F">
              <w:rPr>
                <w:sz w:val="20"/>
                <w:szCs w:val="24"/>
              </w:rPr>
              <w:t>GPT</w:t>
            </w:r>
            <w:r w:rsidRPr="0041316F">
              <w:rPr>
                <w:sz w:val="20"/>
                <w:szCs w:val="24"/>
              </w:rPr>
              <w:t>）　（　　　）</w:t>
            </w:r>
            <w:r w:rsidRPr="0041316F">
              <w:rPr>
                <w:sz w:val="20"/>
                <w:szCs w:val="24"/>
              </w:rPr>
              <w:t>U/L</w:t>
            </w:r>
          </w:p>
          <w:p w14:paraId="7D2119F0" w14:textId="77777777" w:rsidR="00897AC4" w:rsidRPr="0041316F" w:rsidRDefault="00277357">
            <w:pPr>
              <w:keepLines/>
              <w:spacing w:after="0" w:line="228" w:lineRule="auto"/>
              <w:rPr>
                <w:sz w:val="20"/>
                <w:szCs w:val="24"/>
              </w:rPr>
            </w:pPr>
            <w:r w:rsidRPr="0041316F">
              <w:rPr>
                <w:sz w:val="20"/>
                <w:szCs w:val="24"/>
              </w:rPr>
              <w:t>血小板数　（　　　）万</w:t>
            </w:r>
            <w:r w:rsidRPr="0041316F">
              <w:rPr>
                <w:sz w:val="20"/>
                <w:szCs w:val="24"/>
              </w:rPr>
              <w:t>/μL</w:t>
            </w:r>
          </w:p>
          <w:p w14:paraId="79ED0B6A" w14:textId="77777777" w:rsidR="00897AC4" w:rsidRPr="0041316F" w:rsidRDefault="00277357">
            <w:pPr>
              <w:keepLines/>
              <w:spacing w:after="0" w:line="228" w:lineRule="auto"/>
              <w:rPr>
                <w:sz w:val="20"/>
                <w:szCs w:val="24"/>
              </w:rPr>
            </w:pPr>
            <w:r w:rsidRPr="0041316F">
              <w:rPr>
                <w:sz w:val="20"/>
                <w:szCs w:val="24"/>
              </w:rPr>
              <w:t>FIB-4 index</w:t>
            </w:r>
            <w:r w:rsidRPr="0041316F">
              <w:rPr>
                <w:sz w:val="20"/>
                <w:szCs w:val="24"/>
              </w:rPr>
              <w:t xml:space="preserve">　（　　　）</w:t>
            </w:r>
          </w:p>
          <w:p w14:paraId="480BC2D6" w14:textId="3C892F23" w:rsidR="00897AC4" w:rsidRPr="0041316F" w:rsidRDefault="00277357" w:rsidP="0041316F">
            <w:pPr>
              <w:keepLines/>
              <w:spacing w:after="0" w:line="228" w:lineRule="auto"/>
              <w:rPr>
                <w:sz w:val="20"/>
                <w:szCs w:val="24"/>
                <w:lang w:eastAsia="ja-JP"/>
              </w:rPr>
            </w:pPr>
            <w:r w:rsidRPr="0041316F">
              <w:rPr>
                <w:sz w:val="20"/>
                <w:szCs w:val="24"/>
              </w:rPr>
              <w:t>SWE</w:t>
            </w:r>
            <w:r w:rsidRPr="0041316F">
              <w:rPr>
                <w:sz w:val="20"/>
                <w:szCs w:val="24"/>
              </w:rPr>
              <w:t xml:space="preserve">　（　　　）</w:t>
            </w:r>
            <w:r w:rsidRPr="0041316F">
              <w:rPr>
                <w:sz w:val="20"/>
                <w:szCs w:val="24"/>
              </w:rPr>
              <w:t>kPa</w:t>
            </w:r>
            <w:r w:rsidRPr="0041316F">
              <w:rPr>
                <w:sz w:val="20"/>
                <w:szCs w:val="24"/>
              </w:rPr>
              <w:t xml:space="preserve">　</w:t>
            </w:r>
            <w:r w:rsidRPr="0041316F">
              <w:rPr>
                <w:sz w:val="20"/>
                <w:szCs w:val="24"/>
              </w:rPr>
              <w:t>□</w:t>
            </w:r>
            <w:proofErr w:type="spellStart"/>
            <w:r w:rsidRPr="0041316F">
              <w:rPr>
                <w:sz w:val="20"/>
                <w:szCs w:val="24"/>
              </w:rPr>
              <w:t>未実施</w:t>
            </w:r>
            <w:proofErr w:type="spellEnd"/>
          </w:p>
        </w:tc>
        <w:tc>
          <w:tcPr>
            <w:tcW w:w="5257" w:type="dxa"/>
            <w:gridSpan w:val="3"/>
            <w:tcBorders>
              <w:top w:val="single" w:sz="6" w:space="0" w:color="0B5A9C"/>
              <w:left w:val="single" w:sz="6" w:space="0" w:color="0B5A9C"/>
              <w:bottom w:val="single" w:sz="6" w:space="0" w:color="0B5A9C"/>
              <w:right w:val="single" w:sz="6" w:space="0" w:color="0B5A9C"/>
            </w:tcBorders>
            <w:shd w:val="clear" w:color="auto" w:fill="EAF1FB"/>
            <w:tcMar>
              <w:top w:w="45" w:type="dxa"/>
              <w:left w:w="65" w:type="dxa"/>
              <w:bottom w:w="45" w:type="dxa"/>
              <w:right w:w="65" w:type="dxa"/>
            </w:tcMar>
          </w:tcPr>
          <w:p w14:paraId="063E76BF" w14:textId="77777777" w:rsidR="00897AC4" w:rsidRPr="0041316F" w:rsidRDefault="00277357">
            <w:pPr>
              <w:keepLines/>
              <w:spacing w:after="20" w:line="216" w:lineRule="auto"/>
              <w:rPr>
                <w:sz w:val="20"/>
                <w:szCs w:val="24"/>
              </w:rPr>
            </w:pPr>
            <w:r w:rsidRPr="0041316F">
              <w:rPr>
                <w:b/>
                <w:color w:val="0B5A9C"/>
                <w:sz w:val="20"/>
                <w:szCs w:val="24"/>
              </w:rPr>
              <w:t>【</w:t>
            </w:r>
            <w:r w:rsidRPr="0041316F">
              <w:rPr>
                <w:b/>
                <w:color w:val="0B5A9C"/>
                <w:sz w:val="20"/>
                <w:szCs w:val="24"/>
              </w:rPr>
              <w:t>OSAS</w:t>
            </w:r>
            <w:r w:rsidRPr="0041316F">
              <w:rPr>
                <w:b/>
                <w:color w:val="0B5A9C"/>
                <w:sz w:val="20"/>
                <w:szCs w:val="24"/>
              </w:rPr>
              <w:t>】</w:t>
            </w:r>
          </w:p>
          <w:p w14:paraId="255E24A7" w14:textId="77777777" w:rsidR="00897AC4" w:rsidRPr="0041316F" w:rsidRDefault="00277357">
            <w:pPr>
              <w:keepLines/>
              <w:spacing w:after="0" w:line="228" w:lineRule="auto"/>
              <w:rPr>
                <w:sz w:val="20"/>
                <w:szCs w:val="24"/>
              </w:rPr>
            </w:pPr>
            <w:r w:rsidRPr="0041316F">
              <w:rPr>
                <w:sz w:val="20"/>
                <w:szCs w:val="24"/>
              </w:rPr>
              <w:t>OSAS</w:t>
            </w:r>
            <w:r w:rsidRPr="0041316F">
              <w:rPr>
                <w:sz w:val="20"/>
                <w:szCs w:val="24"/>
              </w:rPr>
              <w:t xml:space="preserve">　</w:t>
            </w:r>
            <w:r w:rsidRPr="0041316F">
              <w:rPr>
                <w:sz w:val="20"/>
                <w:szCs w:val="24"/>
              </w:rPr>
              <w:t>□</w:t>
            </w:r>
            <w:r w:rsidRPr="0041316F">
              <w:rPr>
                <w:sz w:val="20"/>
                <w:szCs w:val="24"/>
              </w:rPr>
              <w:t xml:space="preserve">診断済　</w:t>
            </w:r>
            <w:r w:rsidRPr="0041316F">
              <w:rPr>
                <w:sz w:val="20"/>
                <w:szCs w:val="24"/>
              </w:rPr>
              <w:t>□</w:t>
            </w:r>
            <w:r w:rsidRPr="0041316F">
              <w:rPr>
                <w:sz w:val="20"/>
                <w:szCs w:val="24"/>
              </w:rPr>
              <w:t xml:space="preserve">疑い　</w:t>
            </w:r>
            <w:r w:rsidRPr="0041316F">
              <w:rPr>
                <w:sz w:val="20"/>
                <w:szCs w:val="24"/>
              </w:rPr>
              <w:t>□</w:t>
            </w:r>
            <w:r w:rsidRPr="0041316F">
              <w:rPr>
                <w:sz w:val="20"/>
                <w:szCs w:val="24"/>
              </w:rPr>
              <w:t>未評価</w:t>
            </w:r>
          </w:p>
          <w:p w14:paraId="27B0D50A" w14:textId="77777777" w:rsidR="00897AC4" w:rsidRPr="0041316F" w:rsidRDefault="00277357">
            <w:pPr>
              <w:keepLines/>
              <w:spacing w:after="0" w:line="228" w:lineRule="auto"/>
              <w:rPr>
                <w:sz w:val="20"/>
                <w:szCs w:val="24"/>
              </w:rPr>
            </w:pPr>
            <w:r w:rsidRPr="0041316F">
              <w:rPr>
                <w:sz w:val="20"/>
                <w:szCs w:val="24"/>
              </w:rPr>
              <w:t>REI</w:t>
            </w:r>
            <w:r w:rsidRPr="0041316F">
              <w:rPr>
                <w:sz w:val="20"/>
                <w:szCs w:val="24"/>
              </w:rPr>
              <w:t xml:space="preserve">　（　　　）回</w:t>
            </w:r>
            <w:r w:rsidRPr="0041316F">
              <w:rPr>
                <w:sz w:val="20"/>
                <w:szCs w:val="24"/>
              </w:rPr>
              <w:t>/</w:t>
            </w:r>
            <w:r w:rsidRPr="0041316F">
              <w:rPr>
                <w:sz w:val="20"/>
                <w:szCs w:val="24"/>
              </w:rPr>
              <w:t>時間</w:t>
            </w:r>
          </w:p>
          <w:p w14:paraId="45E9A737" w14:textId="77777777" w:rsidR="00897AC4" w:rsidRPr="0041316F" w:rsidRDefault="00277357">
            <w:pPr>
              <w:keepLines/>
              <w:spacing w:after="0" w:line="228" w:lineRule="auto"/>
              <w:rPr>
                <w:sz w:val="20"/>
                <w:szCs w:val="24"/>
              </w:rPr>
            </w:pPr>
            <w:r w:rsidRPr="0041316F">
              <w:rPr>
                <w:sz w:val="20"/>
                <w:szCs w:val="24"/>
              </w:rPr>
              <w:t>AHI</w:t>
            </w:r>
            <w:r w:rsidRPr="0041316F">
              <w:rPr>
                <w:sz w:val="20"/>
                <w:szCs w:val="24"/>
              </w:rPr>
              <w:t xml:space="preserve">　（　　　）回</w:t>
            </w:r>
            <w:r w:rsidRPr="0041316F">
              <w:rPr>
                <w:sz w:val="20"/>
                <w:szCs w:val="24"/>
              </w:rPr>
              <w:t>/</w:t>
            </w:r>
            <w:r w:rsidRPr="0041316F">
              <w:rPr>
                <w:sz w:val="20"/>
                <w:szCs w:val="24"/>
              </w:rPr>
              <w:t>時間</w:t>
            </w:r>
          </w:p>
          <w:p w14:paraId="2FC0C6DE" w14:textId="77777777" w:rsidR="00897AC4" w:rsidRPr="0041316F" w:rsidRDefault="00277357">
            <w:pPr>
              <w:keepLines/>
              <w:spacing w:after="0" w:line="228" w:lineRule="auto"/>
              <w:rPr>
                <w:sz w:val="20"/>
                <w:szCs w:val="24"/>
              </w:rPr>
            </w:pPr>
            <w:r w:rsidRPr="0041316F">
              <w:rPr>
                <w:sz w:val="20"/>
                <w:szCs w:val="24"/>
              </w:rPr>
              <w:t xml:space="preserve">検査日　</w:t>
            </w:r>
            <w:proofErr w:type="gramStart"/>
            <w:r w:rsidRPr="0041316F">
              <w:rPr>
                <w:sz w:val="20"/>
                <w:szCs w:val="24"/>
              </w:rPr>
              <w:t>（　　年</w:t>
            </w:r>
            <w:proofErr w:type="gramEnd"/>
            <w:r w:rsidRPr="0041316F">
              <w:rPr>
                <w:sz w:val="20"/>
                <w:szCs w:val="24"/>
              </w:rPr>
              <w:t xml:space="preserve">　月　日）</w:t>
            </w:r>
          </w:p>
          <w:p w14:paraId="1199FCFB" w14:textId="77777777" w:rsidR="00897AC4" w:rsidRPr="0041316F" w:rsidRDefault="00277357">
            <w:pPr>
              <w:keepLines/>
              <w:spacing w:after="0" w:line="228" w:lineRule="auto"/>
              <w:rPr>
                <w:sz w:val="20"/>
                <w:szCs w:val="24"/>
              </w:rPr>
            </w:pPr>
            <w:r w:rsidRPr="0041316F">
              <w:rPr>
                <w:sz w:val="20"/>
                <w:szCs w:val="24"/>
              </w:rPr>
              <w:t xml:space="preserve">検査方法　</w:t>
            </w:r>
            <w:r w:rsidRPr="0041316F">
              <w:rPr>
                <w:sz w:val="20"/>
                <w:szCs w:val="24"/>
              </w:rPr>
              <w:t>□</w:t>
            </w:r>
            <w:r w:rsidRPr="0041316F">
              <w:rPr>
                <w:sz w:val="20"/>
                <w:szCs w:val="24"/>
              </w:rPr>
              <w:t>簡易</w:t>
            </w:r>
            <w:r w:rsidRPr="0041316F">
              <w:rPr>
                <w:sz w:val="20"/>
                <w:szCs w:val="24"/>
              </w:rPr>
              <w:t>PSG</w:t>
            </w:r>
            <w:r w:rsidRPr="0041316F">
              <w:rPr>
                <w:sz w:val="20"/>
                <w:szCs w:val="24"/>
              </w:rPr>
              <w:t xml:space="preserve">　</w:t>
            </w:r>
            <w:r w:rsidRPr="0041316F">
              <w:rPr>
                <w:sz w:val="20"/>
                <w:szCs w:val="24"/>
              </w:rPr>
              <w:t>□PSG</w:t>
            </w:r>
            <w:r w:rsidRPr="0041316F">
              <w:rPr>
                <w:sz w:val="20"/>
                <w:szCs w:val="24"/>
              </w:rPr>
              <w:t xml:space="preserve">　</w:t>
            </w:r>
            <w:r w:rsidRPr="0041316F">
              <w:rPr>
                <w:sz w:val="20"/>
                <w:szCs w:val="24"/>
              </w:rPr>
              <w:t>□</w:t>
            </w:r>
            <w:r w:rsidRPr="0041316F">
              <w:rPr>
                <w:sz w:val="20"/>
                <w:szCs w:val="24"/>
              </w:rPr>
              <w:t>不明</w:t>
            </w:r>
          </w:p>
          <w:p w14:paraId="5B8AE3DA" w14:textId="77777777" w:rsidR="00897AC4" w:rsidRPr="0041316F" w:rsidRDefault="00277357">
            <w:pPr>
              <w:keepLines/>
              <w:spacing w:after="0" w:line="228" w:lineRule="auto"/>
              <w:rPr>
                <w:sz w:val="20"/>
                <w:szCs w:val="24"/>
                <w:lang w:eastAsia="ja-JP"/>
              </w:rPr>
            </w:pPr>
            <w:r w:rsidRPr="0041316F">
              <w:rPr>
                <w:sz w:val="20"/>
                <w:szCs w:val="24"/>
                <w:lang w:eastAsia="ja-JP"/>
              </w:rPr>
              <w:t>CPAP</w:t>
            </w:r>
            <w:r w:rsidRPr="0041316F">
              <w:rPr>
                <w:sz w:val="20"/>
                <w:szCs w:val="24"/>
                <w:lang w:eastAsia="ja-JP"/>
              </w:rPr>
              <w:t xml:space="preserve">　</w:t>
            </w:r>
            <w:r w:rsidRPr="0041316F">
              <w:rPr>
                <w:sz w:val="20"/>
                <w:szCs w:val="24"/>
                <w:lang w:eastAsia="ja-JP"/>
              </w:rPr>
              <w:t>□</w:t>
            </w:r>
            <w:r w:rsidRPr="0041316F">
              <w:rPr>
                <w:sz w:val="20"/>
                <w:szCs w:val="24"/>
                <w:lang w:eastAsia="ja-JP"/>
              </w:rPr>
              <w:t xml:space="preserve">使用中　</w:t>
            </w:r>
            <w:r w:rsidRPr="0041316F">
              <w:rPr>
                <w:sz w:val="20"/>
                <w:szCs w:val="24"/>
                <w:lang w:eastAsia="ja-JP"/>
              </w:rPr>
              <w:t>□</w:t>
            </w:r>
            <w:r w:rsidRPr="0041316F">
              <w:rPr>
                <w:sz w:val="20"/>
                <w:szCs w:val="24"/>
                <w:lang w:eastAsia="ja-JP"/>
              </w:rPr>
              <w:t xml:space="preserve">過去に使用　</w:t>
            </w:r>
            <w:r w:rsidRPr="0041316F">
              <w:rPr>
                <w:sz w:val="20"/>
                <w:szCs w:val="24"/>
                <w:lang w:eastAsia="ja-JP"/>
              </w:rPr>
              <w:t>□</w:t>
            </w:r>
            <w:r w:rsidRPr="0041316F">
              <w:rPr>
                <w:sz w:val="20"/>
                <w:szCs w:val="24"/>
                <w:lang w:eastAsia="ja-JP"/>
              </w:rPr>
              <w:t>未導入</w:t>
            </w:r>
          </w:p>
        </w:tc>
      </w:tr>
      <w:tr w:rsidR="00897AC4" w:rsidRPr="0041316F" w14:paraId="2430A672" w14:textId="77777777" w:rsidTr="008061E9">
        <w:trPr>
          <w:trHeight w:val="301"/>
          <w:jc w:val="center"/>
        </w:trPr>
        <w:tc>
          <w:tcPr>
            <w:tcW w:w="15788" w:type="dxa"/>
            <w:gridSpan w:val="9"/>
            <w:tcBorders>
              <w:top w:val="single" w:sz="4" w:space="0" w:color="6A4B8A"/>
              <w:left w:val="single" w:sz="4" w:space="0" w:color="6A4B8A"/>
              <w:bottom w:val="single" w:sz="4" w:space="0" w:color="6A4B8A"/>
              <w:right w:val="single" w:sz="4" w:space="0" w:color="6A4B8A"/>
            </w:tcBorders>
            <w:shd w:val="clear" w:color="auto" w:fill="6A4B8A"/>
            <w:tcMar>
              <w:top w:w="35" w:type="dxa"/>
              <w:left w:w="80" w:type="dxa"/>
              <w:bottom w:w="35" w:type="dxa"/>
              <w:right w:w="80" w:type="dxa"/>
            </w:tcMar>
          </w:tcPr>
          <w:p w14:paraId="04434813" w14:textId="77777777" w:rsidR="00897AC4" w:rsidRPr="0041316F" w:rsidRDefault="00277357">
            <w:pPr>
              <w:keepLines/>
              <w:spacing w:after="0" w:line="216" w:lineRule="auto"/>
              <w:rPr>
                <w:sz w:val="20"/>
                <w:szCs w:val="24"/>
                <w:lang w:eastAsia="ja-JP"/>
              </w:rPr>
            </w:pPr>
            <w:r w:rsidRPr="0041316F">
              <w:rPr>
                <w:b/>
                <w:color w:val="FFFFFF"/>
                <w:sz w:val="20"/>
                <w:szCs w:val="24"/>
                <w:lang w:eastAsia="ja-JP"/>
              </w:rPr>
              <w:t>4</w:t>
            </w:r>
            <w:r w:rsidRPr="0041316F">
              <w:rPr>
                <w:b/>
                <w:color w:val="FFFFFF"/>
                <w:sz w:val="20"/>
                <w:szCs w:val="24"/>
                <w:lang w:eastAsia="ja-JP"/>
              </w:rPr>
              <w:t>．これまでの生活習慣改善治療・</w:t>
            </w:r>
            <w:r w:rsidRPr="0041316F">
              <w:rPr>
                <w:b/>
                <w:color w:val="FFFFFF"/>
                <w:sz w:val="20"/>
                <w:szCs w:val="24"/>
                <w:lang w:eastAsia="ja-JP"/>
              </w:rPr>
              <w:t>GLP-1</w:t>
            </w:r>
            <w:r w:rsidRPr="0041316F">
              <w:rPr>
                <w:b/>
                <w:color w:val="FFFFFF"/>
                <w:sz w:val="20"/>
                <w:szCs w:val="24"/>
                <w:lang w:eastAsia="ja-JP"/>
              </w:rPr>
              <w:t>関連薬使用歴</w:t>
            </w:r>
          </w:p>
        </w:tc>
      </w:tr>
      <w:tr w:rsidR="00897AC4" w:rsidRPr="0041316F" w14:paraId="527E59F0" w14:textId="77777777" w:rsidTr="008061E9">
        <w:trPr>
          <w:trHeight w:val="535"/>
          <w:jc w:val="center"/>
        </w:trPr>
        <w:tc>
          <w:tcPr>
            <w:tcW w:w="8133" w:type="dxa"/>
            <w:gridSpan w:val="5"/>
            <w:tcBorders>
              <w:top w:val="single" w:sz="5" w:space="0" w:color="B5A9C8"/>
              <w:left w:val="single" w:sz="5" w:space="0" w:color="B5A9C8"/>
              <w:bottom w:val="single" w:sz="5" w:space="0" w:color="B5A9C8"/>
              <w:right w:val="single" w:sz="5" w:space="0" w:color="B5A9C8"/>
            </w:tcBorders>
            <w:tcMar>
              <w:top w:w="40" w:type="dxa"/>
              <w:left w:w="65" w:type="dxa"/>
              <w:bottom w:w="40" w:type="dxa"/>
              <w:right w:w="65" w:type="dxa"/>
            </w:tcMar>
          </w:tcPr>
          <w:p w14:paraId="796E16F6" w14:textId="7DA10AF0" w:rsidR="00897AC4" w:rsidRPr="0041316F" w:rsidRDefault="00277357">
            <w:pPr>
              <w:keepLines/>
              <w:spacing w:after="0" w:line="228" w:lineRule="auto"/>
              <w:rPr>
                <w:sz w:val="20"/>
                <w:szCs w:val="24"/>
                <w:lang w:eastAsia="ja-JP"/>
              </w:rPr>
            </w:pPr>
            <w:r w:rsidRPr="0041316F">
              <w:rPr>
                <w:sz w:val="20"/>
                <w:szCs w:val="24"/>
                <w:lang w:eastAsia="ja-JP"/>
              </w:rPr>
              <w:t xml:space="preserve">栄養指導　</w:t>
            </w:r>
            <w:r w:rsidRPr="0041316F">
              <w:rPr>
                <w:sz w:val="20"/>
                <w:szCs w:val="24"/>
                <w:lang w:eastAsia="ja-JP"/>
              </w:rPr>
              <w:t>□</w:t>
            </w:r>
            <w:r w:rsidRPr="0041316F">
              <w:rPr>
                <w:sz w:val="20"/>
                <w:szCs w:val="24"/>
                <w:lang w:eastAsia="ja-JP"/>
              </w:rPr>
              <w:t xml:space="preserve">あり　</w:t>
            </w:r>
            <w:r w:rsidRPr="0041316F">
              <w:rPr>
                <w:sz w:val="20"/>
                <w:szCs w:val="24"/>
                <w:lang w:eastAsia="ja-JP"/>
              </w:rPr>
              <w:t>□</w:t>
            </w:r>
            <w:r w:rsidRPr="0041316F">
              <w:rPr>
                <w:sz w:val="20"/>
                <w:szCs w:val="24"/>
                <w:lang w:eastAsia="ja-JP"/>
              </w:rPr>
              <w:t>なし　　最終実施：　　　年　　月　　日　　計（　　）回</w:t>
            </w:r>
          </w:p>
          <w:p w14:paraId="0F73DA60" w14:textId="77777777" w:rsidR="00897AC4" w:rsidRPr="0041316F" w:rsidRDefault="00277357">
            <w:pPr>
              <w:keepLines/>
              <w:spacing w:after="0" w:line="228" w:lineRule="auto"/>
              <w:rPr>
                <w:sz w:val="20"/>
                <w:szCs w:val="24"/>
                <w:lang w:eastAsia="ja-JP"/>
              </w:rPr>
            </w:pPr>
            <w:r w:rsidRPr="0041316F">
              <w:rPr>
                <w:sz w:val="20"/>
                <w:szCs w:val="24"/>
                <w:lang w:eastAsia="ja-JP"/>
              </w:rPr>
              <w:t xml:space="preserve">運動療法　</w:t>
            </w:r>
            <w:r w:rsidRPr="0041316F">
              <w:rPr>
                <w:sz w:val="20"/>
                <w:szCs w:val="24"/>
                <w:lang w:eastAsia="ja-JP"/>
              </w:rPr>
              <w:t>□</w:t>
            </w:r>
            <w:r w:rsidRPr="0041316F">
              <w:rPr>
                <w:sz w:val="20"/>
                <w:szCs w:val="24"/>
                <w:lang w:eastAsia="ja-JP"/>
              </w:rPr>
              <w:t xml:space="preserve">あり　</w:t>
            </w:r>
            <w:r w:rsidRPr="0041316F">
              <w:rPr>
                <w:sz w:val="20"/>
                <w:szCs w:val="24"/>
                <w:lang w:eastAsia="ja-JP"/>
              </w:rPr>
              <w:t>□</w:t>
            </w:r>
            <w:r w:rsidRPr="0041316F">
              <w:rPr>
                <w:sz w:val="20"/>
                <w:szCs w:val="24"/>
                <w:lang w:eastAsia="ja-JP"/>
              </w:rPr>
              <w:t xml:space="preserve">なし　　行動療法・生活習慣指導　</w:t>
            </w:r>
            <w:r w:rsidRPr="0041316F">
              <w:rPr>
                <w:sz w:val="20"/>
                <w:szCs w:val="24"/>
                <w:lang w:eastAsia="ja-JP"/>
              </w:rPr>
              <w:t>□</w:t>
            </w:r>
            <w:r w:rsidRPr="0041316F">
              <w:rPr>
                <w:sz w:val="20"/>
                <w:szCs w:val="24"/>
                <w:lang w:eastAsia="ja-JP"/>
              </w:rPr>
              <w:t xml:space="preserve">あり　</w:t>
            </w:r>
            <w:r w:rsidRPr="0041316F">
              <w:rPr>
                <w:sz w:val="20"/>
                <w:szCs w:val="24"/>
                <w:lang w:eastAsia="ja-JP"/>
              </w:rPr>
              <w:t>□</w:t>
            </w:r>
            <w:r w:rsidRPr="0041316F">
              <w:rPr>
                <w:sz w:val="20"/>
                <w:szCs w:val="24"/>
                <w:lang w:eastAsia="ja-JP"/>
              </w:rPr>
              <w:t>なし</w:t>
            </w:r>
          </w:p>
          <w:p w14:paraId="6A8D43DA" w14:textId="77777777" w:rsidR="00897AC4" w:rsidRPr="0041316F" w:rsidRDefault="00277357">
            <w:pPr>
              <w:keepLines/>
              <w:spacing w:after="0" w:line="228" w:lineRule="auto"/>
              <w:rPr>
                <w:sz w:val="20"/>
                <w:szCs w:val="24"/>
                <w:lang w:eastAsia="ja-JP"/>
              </w:rPr>
            </w:pPr>
            <w:r w:rsidRPr="0041316F">
              <w:rPr>
                <w:color w:val="505050"/>
                <w:sz w:val="20"/>
                <w:szCs w:val="24"/>
                <w:lang w:eastAsia="ja-JP"/>
              </w:rPr>
              <w:t>※</w:t>
            </w:r>
            <w:r w:rsidRPr="0041316F">
              <w:rPr>
                <w:color w:val="505050"/>
                <w:sz w:val="20"/>
                <w:szCs w:val="24"/>
                <w:lang w:eastAsia="ja-JP"/>
              </w:rPr>
              <w:t>詳細な指導内容は診療情報提供書にご記載ください。</w:t>
            </w:r>
          </w:p>
        </w:tc>
        <w:tc>
          <w:tcPr>
            <w:tcW w:w="7655" w:type="dxa"/>
            <w:gridSpan w:val="4"/>
            <w:tcBorders>
              <w:top w:val="single" w:sz="5" w:space="0" w:color="B5A9C8"/>
              <w:left w:val="single" w:sz="5" w:space="0" w:color="B5A9C8"/>
              <w:bottom w:val="single" w:sz="5" w:space="0" w:color="B5A9C8"/>
              <w:right w:val="single" w:sz="5" w:space="0" w:color="B5A9C8"/>
            </w:tcBorders>
            <w:tcMar>
              <w:top w:w="40" w:type="dxa"/>
              <w:left w:w="65" w:type="dxa"/>
              <w:bottom w:w="40" w:type="dxa"/>
              <w:right w:w="65" w:type="dxa"/>
            </w:tcMar>
          </w:tcPr>
          <w:p w14:paraId="4870FE20" w14:textId="77777777" w:rsidR="00897AC4" w:rsidRPr="0041316F" w:rsidRDefault="00277357">
            <w:pPr>
              <w:keepLines/>
              <w:spacing w:after="0" w:line="228" w:lineRule="auto"/>
              <w:rPr>
                <w:sz w:val="20"/>
                <w:szCs w:val="24"/>
                <w:lang w:eastAsia="ja-JP"/>
              </w:rPr>
            </w:pPr>
            <w:r w:rsidRPr="0041316F">
              <w:rPr>
                <w:b/>
                <w:sz w:val="20"/>
                <w:szCs w:val="24"/>
                <w:lang w:eastAsia="ja-JP"/>
              </w:rPr>
              <w:t>GLP-1</w:t>
            </w:r>
            <w:r w:rsidRPr="0041316F">
              <w:rPr>
                <w:b/>
                <w:sz w:val="20"/>
                <w:szCs w:val="24"/>
                <w:lang w:eastAsia="ja-JP"/>
              </w:rPr>
              <w:t xml:space="preserve">関連薬使用歴　</w:t>
            </w:r>
            <w:r w:rsidRPr="0041316F">
              <w:rPr>
                <w:b/>
                <w:sz w:val="20"/>
                <w:szCs w:val="24"/>
                <w:lang w:eastAsia="ja-JP"/>
              </w:rPr>
              <w:t>□</w:t>
            </w:r>
            <w:r w:rsidRPr="0041316F">
              <w:rPr>
                <w:b/>
                <w:sz w:val="20"/>
                <w:szCs w:val="24"/>
                <w:lang w:eastAsia="ja-JP"/>
              </w:rPr>
              <w:t xml:space="preserve">なし　</w:t>
            </w:r>
            <w:r w:rsidRPr="0041316F">
              <w:rPr>
                <w:b/>
                <w:sz w:val="20"/>
                <w:szCs w:val="24"/>
                <w:lang w:eastAsia="ja-JP"/>
              </w:rPr>
              <w:t>□</w:t>
            </w:r>
            <w:r w:rsidRPr="0041316F">
              <w:rPr>
                <w:b/>
                <w:sz w:val="20"/>
                <w:szCs w:val="24"/>
                <w:lang w:eastAsia="ja-JP"/>
              </w:rPr>
              <w:t>あり</w:t>
            </w:r>
          </w:p>
          <w:p w14:paraId="00139398" w14:textId="77777777" w:rsidR="001F091C" w:rsidRPr="0041316F" w:rsidRDefault="00277357" w:rsidP="001F091C">
            <w:pPr>
              <w:keepLines/>
              <w:spacing w:after="0" w:line="228" w:lineRule="auto"/>
              <w:rPr>
                <w:sz w:val="20"/>
                <w:szCs w:val="24"/>
              </w:rPr>
            </w:pPr>
            <w:proofErr w:type="spellStart"/>
            <w:r w:rsidRPr="0041316F">
              <w:rPr>
                <w:sz w:val="20"/>
                <w:szCs w:val="24"/>
              </w:rPr>
              <w:t>薬剤名</w:t>
            </w:r>
            <w:proofErr w:type="spellEnd"/>
            <w:r w:rsidRPr="0041316F">
              <w:rPr>
                <w:sz w:val="20"/>
                <w:szCs w:val="24"/>
              </w:rPr>
              <w:t>：（　　　　　　　　　　　　）</w:t>
            </w:r>
            <w:r w:rsidR="001F091C">
              <w:rPr>
                <w:rFonts w:hint="eastAsia"/>
                <w:sz w:val="20"/>
                <w:szCs w:val="24"/>
                <w:lang w:eastAsia="ja-JP"/>
              </w:rPr>
              <w:t xml:space="preserve">　</w:t>
            </w:r>
            <w:proofErr w:type="spellStart"/>
            <w:r w:rsidR="001F091C" w:rsidRPr="0041316F">
              <w:rPr>
                <w:sz w:val="20"/>
                <w:szCs w:val="24"/>
              </w:rPr>
              <w:t>使用期間</w:t>
            </w:r>
            <w:proofErr w:type="spellEnd"/>
            <w:r w:rsidR="001F091C" w:rsidRPr="0041316F">
              <w:rPr>
                <w:sz w:val="20"/>
                <w:szCs w:val="24"/>
              </w:rPr>
              <w:t>：（　　　　　　　　　　　）</w:t>
            </w:r>
          </w:p>
          <w:p w14:paraId="10561C0A" w14:textId="77777777" w:rsidR="00897AC4" w:rsidRPr="0041316F" w:rsidRDefault="00277357">
            <w:pPr>
              <w:keepLines/>
              <w:spacing w:after="0" w:line="228" w:lineRule="auto"/>
              <w:rPr>
                <w:sz w:val="20"/>
                <w:szCs w:val="24"/>
              </w:rPr>
            </w:pPr>
            <w:proofErr w:type="spellStart"/>
            <w:r w:rsidRPr="0041316F">
              <w:rPr>
                <w:sz w:val="20"/>
                <w:szCs w:val="24"/>
              </w:rPr>
              <w:t>中止理由</w:t>
            </w:r>
            <w:proofErr w:type="spellEnd"/>
            <w:r w:rsidRPr="0041316F">
              <w:rPr>
                <w:sz w:val="20"/>
                <w:szCs w:val="24"/>
              </w:rPr>
              <w:t>：（　　　　　　　　　　　）</w:t>
            </w:r>
          </w:p>
        </w:tc>
      </w:tr>
    </w:tbl>
    <w:p w14:paraId="544D2FC4" w14:textId="77777777" w:rsidR="00897AC4" w:rsidRPr="0041316F" w:rsidRDefault="00277357">
      <w:pPr>
        <w:spacing w:before="20" w:after="0" w:line="216" w:lineRule="auto"/>
        <w:rPr>
          <w:sz w:val="28"/>
          <w:szCs w:val="44"/>
          <w:lang w:eastAsia="ja-JP"/>
        </w:rPr>
      </w:pPr>
      <w:r w:rsidRPr="0041316F">
        <w:rPr>
          <w:b/>
          <w:color w:val="004A8C"/>
          <w:sz w:val="24"/>
          <w:szCs w:val="44"/>
          <w:lang w:eastAsia="ja-JP"/>
        </w:rPr>
        <w:t>【ご紹介にあたって】</w:t>
      </w:r>
    </w:p>
    <w:p w14:paraId="302E5B67" w14:textId="77777777" w:rsidR="00897AC4" w:rsidRPr="00CE7907" w:rsidRDefault="00277357">
      <w:pPr>
        <w:spacing w:after="0" w:line="204" w:lineRule="auto"/>
        <w:rPr>
          <w:sz w:val="22"/>
          <w:szCs w:val="36"/>
          <w:lang w:eastAsia="ja-JP"/>
        </w:rPr>
      </w:pPr>
      <w:r w:rsidRPr="00CE7907">
        <w:rPr>
          <w:sz w:val="20"/>
          <w:szCs w:val="36"/>
          <w:lang w:eastAsia="ja-JP"/>
        </w:rPr>
        <w:t>・本チェックシートは予約先の振り分けおよび診療準備のためのものであり、</w:t>
      </w:r>
      <w:r w:rsidRPr="00CE7907">
        <w:rPr>
          <w:sz w:val="20"/>
          <w:szCs w:val="36"/>
          <w:lang w:eastAsia="ja-JP"/>
        </w:rPr>
        <w:t>GLP-1</w:t>
      </w:r>
      <w:r w:rsidRPr="00CE7907">
        <w:rPr>
          <w:sz w:val="20"/>
          <w:szCs w:val="36"/>
          <w:lang w:eastAsia="ja-JP"/>
        </w:rPr>
        <w:t>関連薬の適応を確定するものではありません。</w:t>
      </w:r>
    </w:p>
    <w:p w14:paraId="19EA2C19" w14:textId="3180770A" w:rsidR="00897AC4" w:rsidRPr="00CE7907" w:rsidRDefault="00277357">
      <w:pPr>
        <w:spacing w:after="0" w:line="204" w:lineRule="auto"/>
        <w:rPr>
          <w:sz w:val="22"/>
          <w:szCs w:val="36"/>
          <w:lang w:eastAsia="ja-JP"/>
        </w:rPr>
      </w:pPr>
      <w:r w:rsidRPr="00CE7907">
        <w:rPr>
          <w:sz w:val="20"/>
          <w:szCs w:val="36"/>
          <w:lang w:eastAsia="ja-JP"/>
        </w:rPr>
        <w:t>・最終的な適応は各専門外来で判断します。希望された適応を満たさない場合でも、他の適応を満たす可能性がある場合には院内で連携してご案内します。</w:t>
      </w:r>
    </w:p>
    <w:sectPr w:rsidR="00897AC4" w:rsidRPr="00CE7907" w:rsidSect="004B749B">
      <w:footerReference w:type="default" r:id="rId8"/>
      <w:pgSz w:w="16838" w:h="11906" w:orient="landscape"/>
      <w:pgMar w:top="720" w:right="720" w:bottom="720" w:left="720" w:header="22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1CD01" w14:textId="77777777" w:rsidR="00277357" w:rsidRDefault="00277357">
      <w:pPr>
        <w:spacing w:after="0" w:line="240" w:lineRule="auto"/>
      </w:pPr>
      <w:r>
        <w:separator/>
      </w:r>
    </w:p>
  </w:endnote>
  <w:endnote w:type="continuationSeparator" w:id="0">
    <w:p w14:paraId="415055CC" w14:textId="77777777" w:rsidR="00277357" w:rsidRDefault="00277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C83CD" w14:textId="77777777" w:rsidR="00897AC4" w:rsidRDefault="00277357">
    <w:pPr>
      <w:pStyle w:val="a7"/>
      <w:spacing w:line="192" w:lineRule="auto"/>
      <w:jc w:val="right"/>
    </w:pPr>
    <w:proofErr w:type="spellStart"/>
    <w:r>
      <w:rPr>
        <w:color w:val="5A5A5A"/>
        <w:sz w:val="13"/>
      </w:rPr>
      <w:t>東京医科大学病院</w:t>
    </w:r>
    <w:proofErr w:type="spellEnd"/>
    <w:r>
      <w:rPr>
        <w:color w:val="5A5A5A"/>
        <w:sz w:val="13"/>
      </w:rPr>
      <w:t xml:space="preserve">　</w:t>
    </w:r>
    <w:r>
      <w:rPr>
        <w:color w:val="5A5A5A"/>
        <w:sz w:val="13"/>
      </w:rPr>
      <w:t>2026</w:t>
    </w:r>
    <w:r>
      <w:rPr>
        <w:color w:val="5A5A5A"/>
        <w:sz w:val="13"/>
      </w:rPr>
      <w:t>年</w:t>
    </w:r>
    <w:r>
      <w:rPr>
        <w:color w:val="5A5A5A"/>
        <w:sz w:val="13"/>
      </w:rPr>
      <w:t>8</w:t>
    </w:r>
    <w:r>
      <w:rPr>
        <w:color w:val="5A5A5A"/>
        <w:sz w:val="13"/>
      </w:rPr>
      <w:t>月作成</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7B342" w14:textId="77777777" w:rsidR="00277357" w:rsidRDefault="00277357">
      <w:pPr>
        <w:spacing w:after="0" w:line="240" w:lineRule="auto"/>
      </w:pPr>
      <w:r>
        <w:separator/>
      </w:r>
    </w:p>
  </w:footnote>
  <w:footnote w:type="continuationSeparator" w:id="0">
    <w:p w14:paraId="0D9409C8" w14:textId="77777777" w:rsidR="00277357" w:rsidRDefault="002773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83887749">
    <w:abstractNumId w:val="8"/>
  </w:num>
  <w:num w:numId="2" w16cid:durableId="497035890">
    <w:abstractNumId w:val="6"/>
  </w:num>
  <w:num w:numId="3" w16cid:durableId="283562">
    <w:abstractNumId w:val="5"/>
  </w:num>
  <w:num w:numId="4" w16cid:durableId="1594583823">
    <w:abstractNumId w:val="4"/>
  </w:num>
  <w:num w:numId="5" w16cid:durableId="1786851601">
    <w:abstractNumId w:val="7"/>
  </w:num>
  <w:num w:numId="6" w16cid:durableId="2132363284">
    <w:abstractNumId w:val="3"/>
  </w:num>
  <w:num w:numId="7" w16cid:durableId="1852987038">
    <w:abstractNumId w:val="2"/>
  </w:num>
  <w:num w:numId="8" w16cid:durableId="201938379">
    <w:abstractNumId w:val="1"/>
  </w:num>
  <w:num w:numId="9" w16cid:durableId="1278020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F12"/>
    <w:rsid w:val="000A4A70"/>
    <w:rsid w:val="000C7F9A"/>
    <w:rsid w:val="0015074B"/>
    <w:rsid w:val="001F091C"/>
    <w:rsid w:val="00277357"/>
    <w:rsid w:val="0029639D"/>
    <w:rsid w:val="002A6417"/>
    <w:rsid w:val="002D0951"/>
    <w:rsid w:val="002D6B64"/>
    <w:rsid w:val="00326F90"/>
    <w:rsid w:val="003D22B5"/>
    <w:rsid w:val="0041316F"/>
    <w:rsid w:val="00472F3B"/>
    <w:rsid w:val="004B749B"/>
    <w:rsid w:val="006B76CD"/>
    <w:rsid w:val="008061E9"/>
    <w:rsid w:val="00897AC4"/>
    <w:rsid w:val="00AA1D8D"/>
    <w:rsid w:val="00B47730"/>
    <w:rsid w:val="00C15E22"/>
    <w:rsid w:val="00C24845"/>
    <w:rsid w:val="00CA3C26"/>
    <w:rsid w:val="00CB0664"/>
    <w:rsid w:val="00CE7907"/>
    <w:rsid w:val="00E03C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9A160E4"/>
  <w14:defaultImageDpi w14:val="300"/>
  <w15:docId w15:val="{DB02BB95-FAA2-4B8A-B32B-5123264BF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eastAsia="游ゴシック" w:hAnsi="游ゴシック"/>
      <w:sz w:val="16"/>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Junko Sasaki</cp:lastModifiedBy>
  <cp:revision>2</cp:revision>
  <cp:lastPrinted>2026-08-14T08:11:00Z</cp:lastPrinted>
  <dcterms:created xsi:type="dcterms:W3CDTF">2026-08-15T03:18:00Z</dcterms:created>
  <dcterms:modified xsi:type="dcterms:W3CDTF">2026-08-15T03:18:00Z</dcterms:modified>
  <cp:category/>
</cp:coreProperties>
</file>